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B260E" w14:textId="3A92288F" w:rsidR="00253B8F" w:rsidRPr="00253B8F" w:rsidRDefault="00253B8F" w:rsidP="00253B8F">
      <w:pPr>
        <w:spacing w:after="0"/>
        <w:jc w:val="center"/>
        <w:rPr>
          <w:rFonts w:eastAsia="TH Sarabun New" w:cs="TH Sarabun New"/>
          <w:b/>
          <w:sz w:val="36"/>
          <w:szCs w:val="24"/>
        </w:rPr>
      </w:pPr>
      <w:proofErr w:type="spellStart"/>
      <w:r w:rsidRPr="00253B8F">
        <w:rPr>
          <w:rFonts w:eastAsia="TH Sarabun New" w:cs="TH Sarabun New"/>
          <w:b/>
          <w:szCs w:val="24"/>
        </w:rPr>
        <w:t>ชื่อ-สกุล</w:t>
      </w:r>
      <w:proofErr w:type="spellEnd"/>
      <w:r w:rsidRPr="00253B8F">
        <w:rPr>
          <w:rFonts w:eastAsia="TH Sarabun New" w:cs="TH Sarabun New"/>
          <w:b/>
          <w:szCs w:val="24"/>
        </w:rPr>
        <w:t xml:space="preserve"> ..................................................................</w:t>
      </w:r>
      <w:r w:rsidRPr="00253B8F">
        <w:rPr>
          <w:rFonts w:eastAsia="TH Sarabun New" w:cs="TH Sarabun New"/>
          <w:b/>
          <w:szCs w:val="24"/>
        </w:rPr>
        <w:t>.........................................................</w:t>
      </w:r>
      <w:r w:rsidRPr="00253B8F">
        <w:rPr>
          <w:rFonts w:eastAsia="TH Sarabun New" w:cs="TH Sarabun New"/>
          <w:b/>
          <w:szCs w:val="24"/>
        </w:rPr>
        <w:t xml:space="preserve">........... </w:t>
      </w:r>
      <w:proofErr w:type="spellStart"/>
      <w:r w:rsidRPr="00253B8F">
        <w:rPr>
          <w:rFonts w:eastAsia="TH Sarabun New" w:cs="TH Sarabun New"/>
          <w:b/>
          <w:szCs w:val="24"/>
        </w:rPr>
        <w:t>ชั้น</w:t>
      </w:r>
      <w:proofErr w:type="spellEnd"/>
      <w:r w:rsidRPr="00253B8F">
        <w:rPr>
          <w:rFonts w:eastAsia="TH Sarabun New" w:cs="TH Sarabun New"/>
          <w:b/>
          <w:szCs w:val="24"/>
        </w:rPr>
        <w:t>…….</w:t>
      </w:r>
      <w:r w:rsidRPr="00253B8F">
        <w:rPr>
          <w:rFonts w:eastAsia="TH Sarabun New" w:cs="TH Sarabun New"/>
          <w:b/>
          <w:szCs w:val="24"/>
        </w:rPr>
        <w:t xml:space="preserve">......... </w:t>
      </w:r>
      <w:proofErr w:type="spellStart"/>
      <w:r w:rsidRPr="00253B8F">
        <w:rPr>
          <w:rFonts w:eastAsia="TH Sarabun New" w:cs="TH Sarabun New"/>
          <w:b/>
          <w:szCs w:val="24"/>
        </w:rPr>
        <w:t>เลขที่</w:t>
      </w:r>
      <w:proofErr w:type="spellEnd"/>
      <w:r w:rsidRPr="00253B8F">
        <w:rPr>
          <w:rFonts w:eastAsia="TH Sarabun New" w:cs="TH Sarabun New"/>
          <w:b/>
          <w:szCs w:val="24"/>
        </w:rPr>
        <w:t xml:space="preserve"> ......</w:t>
      </w:r>
      <w:r w:rsidRPr="00253B8F">
        <w:rPr>
          <w:rFonts w:eastAsia="TH Sarabun New" w:cs="TH Sarabun New"/>
          <w:b/>
          <w:szCs w:val="24"/>
        </w:rPr>
        <w:t>.....</w:t>
      </w:r>
      <w:r w:rsidRPr="00253B8F">
        <w:rPr>
          <w:rFonts w:eastAsia="TH Sarabun New" w:cs="TH Sarabun New"/>
          <w:b/>
          <w:szCs w:val="24"/>
        </w:rPr>
        <w:t xml:space="preserve">... </w:t>
      </w:r>
    </w:p>
    <w:p w14:paraId="31D4BB34" w14:textId="77777777" w:rsidR="00253B8F" w:rsidRPr="00253B8F" w:rsidRDefault="00253B8F" w:rsidP="00253B8F">
      <w:pPr>
        <w:spacing w:after="0"/>
        <w:jc w:val="center"/>
        <w:rPr>
          <w:rFonts w:eastAsia="TH Sarabun New" w:cs="TH Sarabun New"/>
          <w:b/>
          <w:sz w:val="18"/>
          <w:szCs w:val="12"/>
        </w:rPr>
      </w:pPr>
    </w:p>
    <w:p w14:paraId="3B20E125" w14:textId="05246A35" w:rsidR="00E15F5D" w:rsidRPr="006A179D" w:rsidRDefault="00000000" w:rsidP="00253B8F">
      <w:pPr>
        <w:spacing w:after="20"/>
        <w:jc w:val="center"/>
        <w:rPr>
          <w:rFonts w:hint="eastAsia"/>
          <w:sz w:val="34"/>
          <w:szCs w:val="34"/>
        </w:rPr>
      </w:pPr>
      <w:proofErr w:type="spellStart"/>
      <w:r w:rsidRPr="006A179D">
        <w:rPr>
          <w:rFonts w:eastAsia="TH Sarabun New" w:cs="TH Sarabun New"/>
          <w:b/>
          <w:sz w:val="34"/>
          <w:szCs w:val="34"/>
        </w:rPr>
        <w:t>ใบกิจกรรมการทดลองฟิสิกส์</w:t>
      </w:r>
      <w:proofErr w:type="spellEnd"/>
      <w:r w:rsidRPr="006A179D">
        <w:rPr>
          <w:rFonts w:eastAsia="TH Sarabun New" w:cs="TH Sarabun New"/>
          <w:b/>
          <w:sz w:val="34"/>
          <w:szCs w:val="34"/>
        </w:rPr>
        <w:t xml:space="preserve">: </w:t>
      </w:r>
      <w:proofErr w:type="spellStart"/>
      <w:r w:rsidRPr="006A179D">
        <w:rPr>
          <w:rFonts w:eastAsia="TH Sarabun New" w:cs="TH Sarabun New"/>
          <w:b/>
          <w:sz w:val="34"/>
          <w:szCs w:val="34"/>
        </w:rPr>
        <w:t>การสำรวจความเข้มเสียงและระดับเสียงด้วยแบบจำลอง</w:t>
      </w:r>
      <w:proofErr w:type="spellEnd"/>
      <w:r w:rsidRPr="006A179D">
        <w:rPr>
          <w:rFonts w:eastAsia="TH Sarabun New" w:cs="TH Sarabun New"/>
          <w:b/>
          <w:sz w:val="34"/>
          <w:szCs w:val="34"/>
        </w:rPr>
        <w:t xml:space="preserve"> 3 </w:t>
      </w:r>
      <w:proofErr w:type="spellStart"/>
      <w:r w:rsidRPr="006A179D">
        <w:rPr>
          <w:rFonts w:eastAsia="TH Sarabun New" w:cs="TH Sarabun New"/>
          <w:b/>
          <w:sz w:val="34"/>
          <w:szCs w:val="34"/>
        </w:rPr>
        <w:t>มิติ</w:t>
      </w:r>
      <w:proofErr w:type="spellEnd"/>
    </w:p>
    <w:p w14:paraId="3A8D1A0A" w14:textId="254C8F5B" w:rsidR="00E15F5D" w:rsidRPr="00253B8F" w:rsidRDefault="00E15F5D" w:rsidP="00253B8F">
      <w:pPr>
        <w:jc w:val="center"/>
        <w:rPr>
          <w:rFonts w:hint="eastAsia"/>
          <w:sz w:val="20"/>
          <w:szCs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38"/>
      </w:tblGrid>
      <w:tr w:rsidR="00E15F5D" w14:paraId="1BEE2DFA" w14:textId="77777777" w:rsidTr="006A179D">
        <w:trPr>
          <w:jc w:val="center"/>
        </w:trPr>
        <w:tc>
          <w:tcPr>
            <w:tcW w:w="9838" w:type="dxa"/>
            <w:tcBorders>
              <w:top w:val="single" w:sz="4" w:space="0" w:color="FDE68A"/>
              <w:left w:val="single" w:sz="18" w:space="0" w:color="FDE68A"/>
              <w:bottom w:val="single" w:sz="4" w:space="0" w:color="FDE68A"/>
              <w:right w:val="single" w:sz="4" w:space="0" w:color="FDE68A"/>
            </w:tcBorders>
            <w:shd w:val="clear" w:color="auto" w:fill="FFFBEB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522CCE2B" w14:textId="7F25B959" w:rsidR="00E15F5D" w:rsidRPr="006A179D" w:rsidRDefault="00000000" w:rsidP="006A179D">
            <w:pPr>
              <w:spacing w:after="0"/>
              <w:ind w:right="60"/>
              <w:rPr>
                <w:rFonts w:hint="eastAsia"/>
                <w:sz w:val="23"/>
                <w:szCs w:val="23"/>
              </w:rPr>
            </w:pPr>
            <w:r w:rsidRPr="006A179D">
              <w:rPr>
                <w:rFonts w:eastAsia="TH Sarabun New" w:cs="TH Sarabun New"/>
                <w:b/>
                <w:sz w:val="23"/>
                <w:szCs w:val="23"/>
              </w:rPr>
              <w:t xml:space="preserve">📌 </w:t>
            </w:r>
            <w:proofErr w:type="spellStart"/>
            <w:r w:rsidRPr="006A179D">
              <w:rPr>
                <w:rFonts w:eastAsia="TH Sarabun New" w:cs="TH Sarabun New"/>
                <w:b/>
                <w:sz w:val="23"/>
                <w:szCs w:val="23"/>
              </w:rPr>
              <w:t>คำชี้แจงสำคัญ</w:t>
            </w:r>
            <w:proofErr w:type="spellEnd"/>
            <w:r w:rsidRPr="006A179D">
              <w:rPr>
                <w:rFonts w:eastAsia="TH Sarabun New" w:cs="TH Sarabun New"/>
                <w:b/>
                <w:sz w:val="23"/>
                <w:szCs w:val="23"/>
              </w:rPr>
              <w:t xml:space="preserve">: </w:t>
            </w:r>
            <w:proofErr w:type="spellStart"/>
            <w:r w:rsidRPr="006A179D">
              <w:rPr>
                <w:rFonts w:eastAsia="TH Sarabun New" w:cs="TH Sarabun New"/>
                <w:b/>
                <w:sz w:val="23"/>
                <w:szCs w:val="23"/>
              </w:rPr>
              <w:t>ให้นักเรียนทำนายและ</w:t>
            </w:r>
            <w:proofErr w:type="spellEnd"/>
            <w:r w:rsidR="00253B8F" w:rsidRPr="006A179D">
              <w:rPr>
                <w:rFonts w:eastAsia="TH Sarabun New" w:cs="TH Sarabun New" w:hint="cs"/>
                <w:bCs/>
                <w:sz w:val="23"/>
                <w:szCs w:val="23"/>
                <w:cs/>
                <w:lang w:bidi="th-TH"/>
              </w:rPr>
              <w:t>ตอบ</w:t>
            </w:r>
            <w:proofErr w:type="spellStart"/>
            <w:r w:rsidRPr="006A179D">
              <w:rPr>
                <w:rFonts w:eastAsia="TH Sarabun New" w:cs="TH Sarabun New"/>
                <w:b/>
                <w:sz w:val="23"/>
                <w:szCs w:val="23"/>
              </w:rPr>
              <w:t>แบบจำลองความคิดในตอนที่</w:t>
            </w:r>
            <w:proofErr w:type="spellEnd"/>
            <w:r w:rsidRPr="006A179D">
              <w:rPr>
                <w:rFonts w:eastAsia="TH Sarabun New" w:cs="TH Sarabun New"/>
                <w:b/>
                <w:sz w:val="23"/>
                <w:szCs w:val="23"/>
              </w:rPr>
              <w:t xml:space="preserve"> 1 </w:t>
            </w:r>
            <w:proofErr w:type="spellStart"/>
            <w:r w:rsidRPr="006A179D">
              <w:rPr>
                <w:rFonts w:eastAsia="TH Sarabun New" w:cs="TH Sarabun New"/>
                <w:b/>
                <w:sz w:val="23"/>
                <w:szCs w:val="23"/>
              </w:rPr>
              <w:t>บนใ</w:t>
            </w:r>
            <w:proofErr w:type="spellEnd"/>
            <w:r w:rsidR="00253B8F" w:rsidRPr="006A179D">
              <w:rPr>
                <w:rFonts w:eastAsia="TH Sarabun New" w:cs="TH Sarabun New" w:hint="cs"/>
                <w:bCs/>
                <w:sz w:val="23"/>
                <w:szCs w:val="23"/>
                <w:cs/>
                <w:lang w:bidi="th-TH"/>
              </w:rPr>
              <w:t>บกิจกรรม</w:t>
            </w:r>
            <w:proofErr w:type="spellStart"/>
            <w:r w:rsidRPr="006A179D">
              <w:rPr>
                <w:rFonts w:eastAsia="TH Sarabun New" w:cs="TH Sarabun New"/>
                <w:b/>
                <w:sz w:val="23"/>
                <w:szCs w:val="23"/>
              </w:rPr>
              <w:t>ให้เสร็จสิ้นก่อนเปิดโปรแกรม</w:t>
            </w:r>
            <w:proofErr w:type="spellEnd"/>
            <w:r w:rsidRPr="006A179D">
              <w:rPr>
                <w:rFonts w:eastAsia="TH Sarabun New" w:cs="TH Sarabun New"/>
                <w:b/>
                <w:sz w:val="23"/>
                <w:szCs w:val="23"/>
              </w:rPr>
              <w:t xml:space="preserve"> 3D Simulation</w:t>
            </w:r>
            <w:r w:rsidRPr="006A179D">
              <w:rPr>
                <w:rFonts w:eastAsia="TH Sarabun New" w:cs="TH Sarabun New"/>
                <w:b/>
                <w:sz w:val="23"/>
                <w:szCs w:val="23"/>
              </w:rPr>
              <w:br/>
              <w:t>(</w:t>
            </w:r>
            <w:proofErr w:type="spellStart"/>
            <w:r w:rsidRPr="006A179D">
              <w:rPr>
                <w:rFonts w:eastAsia="TH Sarabun New" w:cs="TH Sarabun New"/>
                <w:b/>
                <w:sz w:val="23"/>
                <w:szCs w:val="23"/>
              </w:rPr>
              <w:t>ห้ามเปิดจอ</w:t>
            </w:r>
            <w:proofErr w:type="spellEnd"/>
            <w:r w:rsidRPr="006A179D">
              <w:rPr>
                <w:rFonts w:eastAsia="TH Sarabun New" w:cs="TH Sarabun New"/>
                <w:b/>
                <w:sz w:val="23"/>
                <w:szCs w:val="23"/>
              </w:rPr>
              <w:t xml:space="preserve"> 3D ก่อนทำนายเดี่ยวเสร็จ เพื่อบันทึกมโนทัศน์เดิมของตนเองตามกระบวนการวิทยาศาสตร์)</w:t>
            </w:r>
          </w:p>
        </w:tc>
      </w:tr>
    </w:tbl>
    <w:p w14:paraId="1B6687F2" w14:textId="77777777" w:rsidR="00E15F5D" w:rsidRPr="00C95FA3" w:rsidRDefault="00E15F5D" w:rsidP="00253B8F">
      <w:pPr>
        <w:spacing w:after="0"/>
        <w:rPr>
          <w:rFonts w:hint="eastAsia"/>
          <w:sz w:val="16"/>
          <w:szCs w:val="12"/>
        </w:rPr>
      </w:pPr>
    </w:p>
    <w:p w14:paraId="477A0443" w14:textId="77777777" w:rsidR="00E15F5D" w:rsidRDefault="00000000">
      <w:pPr>
        <w:rPr>
          <w:rFonts w:hint="eastAsia"/>
        </w:rPr>
      </w:pPr>
      <w:r>
        <w:rPr>
          <w:rFonts w:eastAsia="TH Sarabun New" w:cs="TH Sarabun New"/>
          <w:b/>
          <w:color w:val="0369A1"/>
          <w:sz w:val="27"/>
        </w:rPr>
        <w:t>ตอนที่ 1: การทำนายเชิงแนวคิดก่อนการทดลอง (Predict &amp; Think-Pair-Share) — ⏱️ 7 นาที</w:t>
      </w:r>
    </w:p>
    <w:p w14:paraId="2F0264C5" w14:textId="77777777" w:rsidR="00E15F5D" w:rsidRPr="00C95FA3" w:rsidRDefault="00000000">
      <w:pPr>
        <w:spacing w:after="20"/>
        <w:rPr>
          <w:rFonts w:hint="eastAsia"/>
          <w:b/>
          <w:bCs/>
          <w:sz w:val="32"/>
          <w:szCs w:val="24"/>
        </w:rPr>
      </w:pPr>
      <w:r w:rsidRPr="00C95FA3">
        <w:rPr>
          <w:rFonts w:eastAsia="TH Sarabun New" w:cs="TH Sarabun New"/>
          <w:b/>
          <w:bCs/>
          <w:sz w:val="24"/>
          <w:szCs w:val="24"/>
        </w:rPr>
        <w:t>สถานการณ์: แหล่งกำเนิดเสียงทรงกลมกลางแจ้งส่งกำลังเสียงคงที่ สม่ำเสมอทุกทิศทาง ในตัวกลางอิสระ (ไม่มีการสะท้อน)</w:t>
      </w:r>
    </w:p>
    <w:p w14:paraId="09E098A9" w14:textId="2A10D6CA" w:rsidR="00E15F5D" w:rsidRDefault="00000000">
      <w:pPr>
        <w:spacing w:after="20"/>
        <w:rPr>
          <w:rFonts w:hint="eastAsia"/>
        </w:rPr>
      </w:pPr>
      <w:r>
        <w:rPr>
          <w:rFonts w:eastAsia="TH Sarabun New" w:cs="TH Sarabun New"/>
          <w:sz w:val="23"/>
        </w:rPr>
        <w:t>1.1 หากนักเรียนยืนห่างจากลำโพง 1.00 m (จุด A) แล้วเดินถอยหลังไปอยู่ที่ระยะ 2.00 m (จุด B - ระยะเพิ่มเป็น 2 เท่า) นักเรียนคิดว่า ความเข้มเสียง (I) ที่จุด B จะเป็นอย่างไรเมื่อเทียบกับจุด A? (ทำเครื่องหมายเลือก 1 ข้อ)</w:t>
      </w:r>
    </w:p>
    <w:p w14:paraId="084D3CA0" w14:textId="77777777" w:rsidR="00E15F5D" w:rsidRDefault="00000000" w:rsidP="00253B8F">
      <w:pPr>
        <w:ind w:firstLine="720"/>
        <w:rPr>
          <w:rFonts w:hint="eastAsia"/>
        </w:rPr>
      </w:pPr>
      <w:proofErr w:type="gramStart"/>
      <w:r>
        <w:rPr>
          <w:rFonts w:eastAsia="TH Sarabun New" w:cs="TH Sarabun New"/>
          <w:b/>
          <w:sz w:val="23"/>
        </w:rPr>
        <w:t>[  ]</w:t>
      </w:r>
      <w:proofErr w:type="gramEnd"/>
      <w:r>
        <w:rPr>
          <w:rFonts w:eastAsia="TH Sarabun New" w:cs="TH Sarabun New"/>
          <w:b/>
          <w:sz w:val="23"/>
        </w:rPr>
        <w:t xml:space="preserve"> เท่าเดิม (100%)       [  ] ลดลงเหลือครึ่งหนึ่ง (50%)       [  ] ลดลงเหลือ 1/4 (25%)       [  ] ลดลงเหลือ 1/8 (12.5%)</w:t>
      </w:r>
    </w:p>
    <w:p w14:paraId="161B8691" w14:textId="77777777" w:rsidR="00E15F5D" w:rsidRDefault="00000000">
      <w:pPr>
        <w:spacing w:after="20"/>
        <w:rPr>
          <w:rFonts w:hint="eastAsia"/>
        </w:rPr>
      </w:pPr>
      <w:r>
        <w:rPr>
          <w:rFonts w:eastAsia="TH Sarabun New" w:cs="TH Sarabun New"/>
          <w:sz w:val="23"/>
        </w:rPr>
        <w:t>1.2 ที่ระยะ 1.00 m (จุด A) ระดับเสียง (β) เท่ากับ 79 dB เมื่อถอยไป 2.00 m (จุด B) นักเรียนคิดว่าระดับเสียงจะลดลงจาก 79 dB กี่เดซิเบล?</w:t>
      </w:r>
    </w:p>
    <w:p w14:paraId="3906243F" w14:textId="64F3C880" w:rsidR="00E15F5D" w:rsidRDefault="00000000" w:rsidP="00253B8F">
      <w:pPr>
        <w:ind w:firstLine="720"/>
        <w:rPr>
          <w:rFonts w:hint="eastAsia"/>
        </w:rPr>
      </w:pPr>
      <w:r>
        <w:rPr>
          <w:rFonts w:eastAsia="TH Sarabun New" w:cs="TH Sarabun New"/>
          <w:sz w:val="23"/>
        </w:rPr>
        <w:t>ทำนายว่า: ระดับเสียงจะลดลงประมาณ .................................... dB เพราะ ..........................................................................................</w:t>
      </w:r>
      <w:r w:rsidR="00253B8F">
        <w:t>.............................</w:t>
      </w:r>
    </w:p>
    <w:p w14:paraId="3BA947E0" w14:textId="7CD244EE" w:rsidR="00E15F5D" w:rsidRDefault="00000000">
      <w:pPr>
        <w:spacing w:after="20"/>
        <w:rPr>
          <w:rFonts w:hint="eastAsia"/>
        </w:rPr>
      </w:pPr>
      <w:r>
        <w:rPr>
          <w:rFonts w:eastAsia="TH Sarabun New" w:cs="TH Sarabun New"/>
          <w:sz w:val="23"/>
        </w:rPr>
        <w:t>1.3 ภาพวาดแบบจำลองทางความคิด (Mental Model) จงวาดภาพและอธิบายการแผ่กระจายของคลื่นเสียงจากแหล่งกำเนิด S ไปยังไมค์ A (1.0m) และ B (2.0m) ตาม</w:t>
      </w:r>
      <w:proofErr w:type="spellStart"/>
      <w:r>
        <w:rPr>
          <w:rFonts w:eastAsia="TH Sarabun New" w:cs="TH Sarabun New"/>
          <w:sz w:val="23"/>
        </w:rPr>
        <w:t>ความคิดเดิมของนักเรียน</w:t>
      </w:r>
      <w:proofErr w:type="spellEnd"/>
    </w:p>
    <w:p w14:paraId="68371EAF" w14:textId="77777777" w:rsidR="00E15F5D" w:rsidRDefault="00000000">
      <w:pPr>
        <w:spacing w:before="60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39B16203" wp14:editId="6509EDE5">
            <wp:extent cx="6217920" cy="179000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etch_scale_axis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1790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FD764" w14:textId="224B5BA1" w:rsidR="00E15F5D" w:rsidRPr="00C95FA3" w:rsidRDefault="00000000" w:rsidP="00E80F1F">
      <w:pPr>
        <w:spacing w:before="120" w:after="120"/>
        <w:rPr>
          <w:rFonts w:cs="TH Sarabun New"/>
          <w:sz w:val="23"/>
          <w:szCs w:val="23"/>
        </w:rPr>
      </w:pPr>
      <w:proofErr w:type="spellStart"/>
      <w:r w:rsidRPr="00C95FA3">
        <w:rPr>
          <w:rFonts w:cs="TH Sarabun New"/>
          <w:color w:val="334155"/>
          <w:sz w:val="23"/>
          <w:szCs w:val="23"/>
        </w:rPr>
        <w:t>คำอธิบายแบบจำลองความคิด</w:t>
      </w:r>
      <w:proofErr w:type="spellEnd"/>
      <w:r w:rsidRPr="00C95FA3">
        <w:rPr>
          <w:rFonts w:cs="TH Sarabun New"/>
          <w:color w:val="334155"/>
          <w:sz w:val="23"/>
          <w:szCs w:val="23"/>
        </w:rPr>
        <w:t>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95FA3">
        <w:rPr>
          <w:rFonts w:cs="TH Sarabun New"/>
          <w:sz w:val="23"/>
          <w:szCs w:val="23"/>
        </w:rPr>
        <w:t>..............................................................................................................................................................................................</w:t>
      </w:r>
    </w:p>
    <w:p w14:paraId="3956E302" w14:textId="77777777" w:rsidR="00E15F5D" w:rsidRDefault="00000000">
      <w:pPr>
        <w:spacing w:before="40" w:after="20"/>
        <w:rPr>
          <w:rFonts w:hint="eastAsia"/>
        </w:rPr>
      </w:pPr>
      <w:r>
        <w:rPr>
          <w:rFonts w:eastAsia="TH Sarabun New" w:cs="TH Sarabun New"/>
          <w:b/>
          <w:color w:val="0369A1"/>
          <w:sz w:val="27"/>
        </w:rPr>
        <w:t>ตอนที่ 2: การทดลองสำรวจด้วยแบบจำลอง 3 มิติ (3D Simulation Exploration) — ⏱️ 18 นาที</w:t>
      </w:r>
    </w:p>
    <w:p w14:paraId="554F88BC" w14:textId="7CE694A1" w:rsidR="00E15F5D" w:rsidRPr="00C95FA3" w:rsidRDefault="00000000">
      <w:pPr>
        <w:rPr>
          <w:rFonts w:hint="eastAsia"/>
          <w:b/>
          <w:bCs/>
          <w:sz w:val="23"/>
          <w:szCs w:val="23"/>
        </w:rPr>
      </w:pPr>
      <w:r w:rsidRPr="00C95FA3">
        <w:rPr>
          <w:rFonts w:eastAsia="TH Sarabun New" w:cs="TH Sarabun New"/>
          <w:b/>
          <w:bCs/>
          <w:sz w:val="23"/>
          <w:szCs w:val="23"/>
        </w:rPr>
        <w:t>คำสั่ง: เปิดโปรแกรม phy3dsim.pages.dev/intensity เลือก "ตอนที่ 2 • สำรวจ" ตรวจสอบกำลังเสียง P = 1.00 mW (1.00 × 10⁻³ W) คงที่ตลอดการทดลอง วางไมค์ A ไว้ที่ 1.00 m (คงที่) เลื่อนไมค์ B ไปยังระยะ</w:t>
      </w:r>
      <w:proofErr w:type="spellStart"/>
      <w:r w:rsidRPr="00C95FA3">
        <w:rPr>
          <w:rFonts w:eastAsia="TH Sarabun New" w:cs="TH Sarabun New"/>
          <w:b/>
          <w:bCs/>
          <w:sz w:val="23"/>
          <w:szCs w:val="23"/>
        </w:rPr>
        <w:t>ต่างๆ</w:t>
      </w:r>
      <w:proofErr w:type="spellEnd"/>
      <w:r w:rsidRPr="00C95FA3">
        <w:rPr>
          <w:rFonts w:eastAsia="TH Sarabun New" w:cs="TH Sarabun New"/>
          <w:b/>
          <w:bCs/>
          <w:sz w:val="23"/>
          <w:szCs w:val="23"/>
        </w:rPr>
        <w:t xml:space="preserve"> </w:t>
      </w:r>
      <w:proofErr w:type="spellStart"/>
      <w:r w:rsidRPr="00C95FA3">
        <w:rPr>
          <w:rFonts w:eastAsia="TH Sarabun New" w:cs="TH Sarabun New"/>
          <w:b/>
          <w:bCs/>
          <w:sz w:val="23"/>
          <w:szCs w:val="23"/>
        </w:rPr>
        <w:t>แล้วบันทึกผล</w:t>
      </w:r>
      <w:proofErr w:type="spellEnd"/>
    </w:p>
    <w:tbl>
      <w:tblPr>
        <w:tblW w:w="0" w:type="auto"/>
        <w:jc w:val="center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Look w:val="04A0" w:firstRow="1" w:lastRow="0" w:firstColumn="1" w:lastColumn="0" w:noHBand="0" w:noVBand="1"/>
      </w:tblPr>
      <w:tblGrid>
        <w:gridCol w:w="2332"/>
        <w:gridCol w:w="1361"/>
        <w:gridCol w:w="2494"/>
        <w:gridCol w:w="2154"/>
        <w:gridCol w:w="1579"/>
      </w:tblGrid>
      <w:tr w:rsidR="00E15F5D" w14:paraId="706B9077" w14:textId="77777777" w:rsidTr="006A179D">
        <w:trPr>
          <w:jc w:val="center"/>
        </w:trPr>
        <w:tc>
          <w:tcPr>
            <w:tcW w:w="233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73D794C" w14:textId="77777777" w:rsidR="00E15F5D" w:rsidRDefault="00000000" w:rsidP="00C95FA3">
            <w:pPr>
              <w:jc w:val="center"/>
              <w:rPr>
                <w:rFonts w:hint="eastAsia"/>
              </w:rPr>
            </w:pPr>
            <w:proofErr w:type="spellStart"/>
            <w:r>
              <w:rPr>
                <w:rFonts w:eastAsia="TH Sarabun New" w:cs="TH Sarabun New"/>
                <w:b/>
                <w:sz w:val="23"/>
              </w:rPr>
              <w:t>ตำแหน่งการวัด</w:t>
            </w:r>
            <w:proofErr w:type="spellEnd"/>
          </w:p>
        </w:tc>
        <w:tc>
          <w:tcPr>
            <w:tcW w:w="1361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C63531E" w14:textId="77777777" w:rsidR="00E15F5D" w:rsidRDefault="00000000" w:rsidP="00C95FA3">
            <w:pPr>
              <w:jc w:val="center"/>
              <w:rPr>
                <w:rFonts w:hint="eastAsia"/>
              </w:rPr>
            </w:pPr>
            <w:r>
              <w:rPr>
                <w:rFonts w:eastAsia="TH Sarabun New" w:cs="TH Sarabun New"/>
                <w:b/>
                <w:sz w:val="23"/>
              </w:rPr>
              <w:t>ระยะทาง r (m)</w:t>
            </w:r>
          </w:p>
        </w:tc>
        <w:tc>
          <w:tcPr>
            <w:tcW w:w="249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9787F10" w14:textId="77777777" w:rsidR="00E15F5D" w:rsidRDefault="00000000" w:rsidP="00C95FA3">
            <w:pPr>
              <w:jc w:val="center"/>
              <w:rPr>
                <w:rFonts w:hint="eastAsia"/>
              </w:rPr>
            </w:pPr>
            <w:r>
              <w:rPr>
                <w:rFonts w:eastAsia="TH Sarabun New" w:cs="TH Sarabun New"/>
                <w:b/>
                <w:sz w:val="23"/>
              </w:rPr>
              <w:t>พื้นที่ทรงกลม A = 4πr² (m²)</w:t>
            </w:r>
          </w:p>
        </w:tc>
        <w:tc>
          <w:tcPr>
            <w:tcW w:w="215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EAF687F" w14:textId="77777777" w:rsidR="00E15F5D" w:rsidRDefault="00000000" w:rsidP="00C95FA3">
            <w:pPr>
              <w:jc w:val="center"/>
              <w:rPr>
                <w:rFonts w:hint="eastAsia"/>
              </w:rPr>
            </w:pPr>
            <w:r>
              <w:rPr>
                <w:rFonts w:eastAsia="TH Sarabun New" w:cs="TH Sarabun New"/>
                <w:b/>
                <w:sz w:val="23"/>
              </w:rPr>
              <w:t>ความเข้มเสียง I (W/m²)</w:t>
            </w:r>
          </w:p>
        </w:tc>
        <w:tc>
          <w:tcPr>
            <w:tcW w:w="157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A48A841" w14:textId="77777777" w:rsidR="00E15F5D" w:rsidRDefault="00000000" w:rsidP="00C95FA3">
            <w:pPr>
              <w:jc w:val="center"/>
              <w:rPr>
                <w:rFonts w:hint="eastAsia"/>
              </w:rPr>
            </w:pPr>
            <w:r>
              <w:rPr>
                <w:rFonts w:eastAsia="TH Sarabun New" w:cs="TH Sarabun New"/>
                <w:b/>
                <w:sz w:val="23"/>
              </w:rPr>
              <w:t>ระดับเสียง β (dB)</w:t>
            </w:r>
          </w:p>
        </w:tc>
      </w:tr>
      <w:tr w:rsidR="00E15F5D" w14:paraId="44336A6C" w14:textId="77777777" w:rsidTr="006A179D">
        <w:trPr>
          <w:trHeight w:val="312"/>
          <w:jc w:val="center"/>
        </w:trPr>
        <w:tc>
          <w:tcPr>
            <w:tcW w:w="2332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99210AD" w14:textId="7417B17C" w:rsidR="00E15F5D" w:rsidRDefault="006A179D" w:rsidP="00C95FA3">
            <w:pPr>
              <w:rPr>
                <w:rFonts w:hint="eastAsia"/>
              </w:rPr>
            </w:pPr>
            <w:r>
              <w:rPr>
                <w:rFonts w:eastAsia="TH Sarabun New" w:cs="TH Sarabun New"/>
                <w:sz w:val="23"/>
              </w:rPr>
              <w:t xml:space="preserve">         </w:t>
            </w:r>
            <w:proofErr w:type="spellStart"/>
            <w:r w:rsidR="00000000">
              <w:rPr>
                <w:rFonts w:eastAsia="TH Sarabun New" w:cs="TH Sarabun New"/>
                <w:sz w:val="23"/>
              </w:rPr>
              <w:t>ไมค์</w:t>
            </w:r>
            <w:proofErr w:type="spellEnd"/>
            <w:r w:rsidR="00000000">
              <w:rPr>
                <w:rFonts w:eastAsia="TH Sarabun New" w:cs="TH Sarabun New"/>
                <w:sz w:val="23"/>
              </w:rPr>
              <w:t xml:space="preserve"> A (จุดใกล้ / </w:t>
            </w:r>
            <w:proofErr w:type="spellStart"/>
            <w:r w:rsidR="00000000">
              <w:rPr>
                <w:rFonts w:eastAsia="TH Sarabun New" w:cs="TH Sarabun New"/>
                <w:sz w:val="23"/>
              </w:rPr>
              <w:t>อ้างอิง</w:t>
            </w:r>
            <w:proofErr w:type="spellEnd"/>
            <w:r w:rsidR="00000000">
              <w:rPr>
                <w:rFonts w:eastAsia="TH Sarabun New" w:cs="TH Sarabun New"/>
                <w:sz w:val="23"/>
              </w:rPr>
              <w:t>)</w:t>
            </w:r>
          </w:p>
        </w:tc>
        <w:tc>
          <w:tcPr>
            <w:tcW w:w="1361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2396A8F9" w14:textId="77777777" w:rsidR="00E15F5D" w:rsidRDefault="00000000" w:rsidP="00C95FA3">
            <w:pPr>
              <w:jc w:val="center"/>
              <w:rPr>
                <w:rFonts w:hint="eastAsia"/>
              </w:rPr>
            </w:pPr>
            <w:r>
              <w:rPr>
                <w:rFonts w:eastAsia="TH Sarabun New" w:cs="TH Sarabun New"/>
                <w:sz w:val="23"/>
              </w:rPr>
              <w:t>1.00</w:t>
            </w:r>
          </w:p>
        </w:tc>
        <w:tc>
          <w:tcPr>
            <w:tcW w:w="2494" w:type="dxa"/>
            <w:tcMar>
              <w:top w:w="25" w:type="dxa"/>
              <w:left w:w="60" w:type="dxa"/>
              <w:bottom w:w="25" w:type="dxa"/>
              <w:right w:w="60" w:type="dxa"/>
            </w:tcMar>
          </w:tcPr>
          <w:p w14:paraId="65DD100D" w14:textId="77777777" w:rsidR="00E15F5D" w:rsidRDefault="00E15F5D">
            <w:pPr>
              <w:rPr>
                <w:rFonts w:hint="eastAsia"/>
              </w:rPr>
            </w:pPr>
          </w:p>
        </w:tc>
        <w:tc>
          <w:tcPr>
            <w:tcW w:w="2154" w:type="dxa"/>
            <w:tcMar>
              <w:top w:w="25" w:type="dxa"/>
              <w:left w:w="60" w:type="dxa"/>
              <w:bottom w:w="25" w:type="dxa"/>
              <w:right w:w="60" w:type="dxa"/>
            </w:tcMar>
          </w:tcPr>
          <w:p w14:paraId="6CBDBA61" w14:textId="77777777" w:rsidR="00E15F5D" w:rsidRDefault="00E15F5D">
            <w:pPr>
              <w:rPr>
                <w:rFonts w:hint="eastAsia"/>
              </w:rPr>
            </w:pPr>
          </w:p>
        </w:tc>
        <w:tc>
          <w:tcPr>
            <w:tcW w:w="1579" w:type="dxa"/>
            <w:tcMar>
              <w:top w:w="25" w:type="dxa"/>
              <w:left w:w="60" w:type="dxa"/>
              <w:bottom w:w="25" w:type="dxa"/>
              <w:right w:w="60" w:type="dxa"/>
            </w:tcMar>
          </w:tcPr>
          <w:p w14:paraId="45A41E83" w14:textId="77777777" w:rsidR="00E15F5D" w:rsidRDefault="00E15F5D">
            <w:pPr>
              <w:rPr>
                <w:rFonts w:hint="eastAsia"/>
              </w:rPr>
            </w:pPr>
          </w:p>
        </w:tc>
      </w:tr>
      <w:tr w:rsidR="00E15F5D" w14:paraId="0BE0FE87" w14:textId="77777777" w:rsidTr="006A179D">
        <w:trPr>
          <w:trHeight w:val="312"/>
          <w:jc w:val="center"/>
        </w:trPr>
        <w:tc>
          <w:tcPr>
            <w:tcW w:w="2332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3867B1E" w14:textId="4E17A25F" w:rsidR="00E15F5D" w:rsidRDefault="006A179D" w:rsidP="00C95FA3">
            <w:pPr>
              <w:rPr>
                <w:rFonts w:hint="eastAsia"/>
              </w:rPr>
            </w:pPr>
            <w:r>
              <w:rPr>
                <w:rFonts w:eastAsia="TH Sarabun New" w:cs="TH Sarabun New"/>
                <w:sz w:val="23"/>
              </w:rPr>
              <w:t xml:space="preserve">         </w:t>
            </w:r>
            <w:proofErr w:type="spellStart"/>
            <w:r w:rsidR="00000000">
              <w:rPr>
                <w:rFonts w:eastAsia="TH Sarabun New" w:cs="TH Sarabun New"/>
                <w:sz w:val="23"/>
              </w:rPr>
              <w:t>ไมค์</w:t>
            </w:r>
            <w:proofErr w:type="spellEnd"/>
            <w:r w:rsidR="00000000">
              <w:rPr>
                <w:rFonts w:eastAsia="TH Sarabun New" w:cs="TH Sarabun New"/>
                <w:sz w:val="23"/>
              </w:rPr>
              <w:t xml:space="preserve"> B (</w:t>
            </w:r>
            <w:proofErr w:type="spellStart"/>
            <w:r w:rsidR="00000000">
              <w:rPr>
                <w:rFonts w:eastAsia="TH Sarabun New" w:cs="TH Sarabun New"/>
                <w:sz w:val="23"/>
              </w:rPr>
              <w:t>ระยะเพิ่ม</w:t>
            </w:r>
            <w:proofErr w:type="spellEnd"/>
            <w:r w:rsidR="00000000">
              <w:rPr>
                <w:rFonts w:eastAsia="TH Sarabun New" w:cs="TH Sarabun New"/>
                <w:sz w:val="23"/>
              </w:rPr>
              <w:t xml:space="preserve"> 2 </w:t>
            </w:r>
            <w:proofErr w:type="spellStart"/>
            <w:r w:rsidR="00000000">
              <w:rPr>
                <w:rFonts w:eastAsia="TH Sarabun New" w:cs="TH Sarabun New"/>
                <w:sz w:val="23"/>
              </w:rPr>
              <w:t>เท่า</w:t>
            </w:r>
            <w:proofErr w:type="spellEnd"/>
            <w:r w:rsidR="00000000">
              <w:rPr>
                <w:rFonts w:eastAsia="TH Sarabun New" w:cs="TH Sarabun New"/>
                <w:sz w:val="23"/>
              </w:rPr>
              <w:t>)</w:t>
            </w:r>
          </w:p>
        </w:tc>
        <w:tc>
          <w:tcPr>
            <w:tcW w:w="1361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92DE51F" w14:textId="77777777" w:rsidR="00E15F5D" w:rsidRDefault="00000000" w:rsidP="00C95FA3">
            <w:pPr>
              <w:jc w:val="center"/>
              <w:rPr>
                <w:rFonts w:hint="eastAsia"/>
              </w:rPr>
            </w:pPr>
            <w:r>
              <w:rPr>
                <w:rFonts w:eastAsia="TH Sarabun New" w:cs="TH Sarabun New"/>
                <w:sz w:val="23"/>
              </w:rPr>
              <w:t>2.00</w:t>
            </w:r>
          </w:p>
        </w:tc>
        <w:tc>
          <w:tcPr>
            <w:tcW w:w="2494" w:type="dxa"/>
            <w:tcMar>
              <w:top w:w="25" w:type="dxa"/>
              <w:left w:w="60" w:type="dxa"/>
              <w:bottom w:w="25" w:type="dxa"/>
              <w:right w:w="60" w:type="dxa"/>
            </w:tcMar>
          </w:tcPr>
          <w:p w14:paraId="50BBAB14" w14:textId="77777777" w:rsidR="00E15F5D" w:rsidRDefault="00E15F5D">
            <w:pPr>
              <w:rPr>
                <w:rFonts w:hint="eastAsia"/>
              </w:rPr>
            </w:pPr>
          </w:p>
        </w:tc>
        <w:tc>
          <w:tcPr>
            <w:tcW w:w="2154" w:type="dxa"/>
            <w:tcMar>
              <w:top w:w="25" w:type="dxa"/>
              <w:left w:w="60" w:type="dxa"/>
              <w:bottom w:w="25" w:type="dxa"/>
              <w:right w:w="60" w:type="dxa"/>
            </w:tcMar>
          </w:tcPr>
          <w:p w14:paraId="4A9F0FC8" w14:textId="77777777" w:rsidR="00E15F5D" w:rsidRDefault="00E15F5D">
            <w:pPr>
              <w:rPr>
                <w:rFonts w:hint="eastAsia"/>
              </w:rPr>
            </w:pPr>
          </w:p>
        </w:tc>
        <w:tc>
          <w:tcPr>
            <w:tcW w:w="1579" w:type="dxa"/>
            <w:tcMar>
              <w:top w:w="25" w:type="dxa"/>
              <w:left w:w="60" w:type="dxa"/>
              <w:bottom w:w="25" w:type="dxa"/>
              <w:right w:w="60" w:type="dxa"/>
            </w:tcMar>
          </w:tcPr>
          <w:p w14:paraId="532D4C9D" w14:textId="77777777" w:rsidR="00E15F5D" w:rsidRDefault="00E15F5D">
            <w:pPr>
              <w:rPr>
                <w:rFonts w:hint="eastAsia"/>
              </w:rPr>
            </w:pPr>
          </w:p>
        </w:tc>
      </w:tr>
      <w:tr w:rsidR="00E15F5D" w14:paraId="166A3D85" w14:textId="77777777" w:rsidTr="006A179D">
        <w:trPr>
          <w:trHeight w:val="312"/>
          <w:jc w:val="center"/>
        </w:trPr>
        <w:tc>
          <w:tcPr>
            <w:tcW w:w="2332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1912C33" w14:textId="0648C597" w:rsidR="00E15F5D" w:rsidRDefault="006A179D" w:rsidP="00C95FA3">
            <w:pPr>
              <w:rPr>
                <w:rFonts w:hint="eastAsia"/>
              </w:rPr>
            </w:pPr>
            <w:r>
              <w:rPr>
                <w:rFonts w:eastAsia="TH Sarabun New" w:cs="TH Sarabun New"/>
                <w:sz w:val="23"/>
              </w:rPr>
              <w:t xml:space="preserve">         </w:t>
            </w:r>
            <w:proofErr w:type="spellStart"/>
            <w:r w:rsidR="00000000">
              <w:rPr>
                <w:rFonts w:eastAsia="TH Sarabun New" w:cs="TH Sarabun New"/>
                <w:sz w:val="23"/>
              </w:rPr>
              <w:t>ไมค์</w:t>
            </w:r>
            <w:proofErr w:type="spellEnd"/>
            <w:r w:rsidR="00000000">
              <w:rPr>
                <w:rFonts w:eastAsia="TH Sarabun New" w:cs="TH Sarabun New"/>
                <w:sz w:val="23"/>
              </w:rPr>
              <w:t xml:space="preserve"> B (</w:t>
            </w:r>
            <w:proofErr w:type="spellStart"/>
            <w:r w:rsidR="00000000">
              <w:rPr>
                <w:rFonts w:eastAsia="TH Sarabun New" w:cs="TH Sarabun New"/>
                <w:sz w:val="23"/>
              </w:rPr>
              <w:t>ระยะเพิ่ม</w:t>
            </w:r>
            <w:proofErr w:type="spellEnd"/>
            <w:r w:rsidR="00000000">
              <w:rPr>
                <w:rFonts w:eastAsia="TH Sarabun New" w:cs="TH Sarabun New"/>
                <w:sz w:val="23"/>
              </w:rPr>
              <w:t xml:space="preserve"> 3 </w:t>
            </w:r>
            <w:proofErr w:type="spellStart"/>
            <w:r w:rsidR="00000000">
              <w:rPr>
                <w:rFonts w:eastAsia="TH Sarabun New" w:cs="TH Sarabun New"/>
                <w:sz w:val="23"/>
              </w:rPr>
              <w:t>เท่า</w:t>
            </w:r>
            <w:proofErr w:type="spellEnd"/>
            <w:r w:rsidR="00000000">
              <w:rPr>
                <w:rFonts w:eastAsia="TH Sarabun New" w:cs="TH Sarabun New"/>
                <w:sz w:val="23"/>
              </w:rPr>
              <w:t>)</w:t>
            </w:r>
          </w:p>
        </w:tc>
        <w:tc>
          <w:tcPr>
            <w:tcW w:w="1361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49599258" w14:textId="77777777" w:rsidR="00E15F5D" w:rsidRDefault="00000000" w:rsidP="00C95FA3">
            <w:pPr>
              <w:jc w:val="center"/>
              <w:rPr>
                <w:rFonts w:hint="eastAsia"/>
              </w:rPr>
            </w:pPr>
            <w:r>
              <w:rPr>
                <w:rFonts w:eastAsia="TH Sarabun New" w:cs="TH Sarabun New"/>
                <w:sz w:val="23"/>
              </w:rPr>
              <w:t>3.00</w:t>
            </w:r>
          </w:p>
        </w:tc>
        <w:tc>
          <w:tcPr>
            <w:tcW w:w="2494" w:type="dxa"/>
            <w:tcMar>
              <w:top w:w="25" w:type="dxa"/>
              <w:left w:w="60" w:type="dxa"/>
              <w:bottom w:w="25" w:type="dxa"/>
              <w:right w:w="60" w:type="dxa"/>
            </w:tcMar>
          </w:tcPr>
          <w:p w14:paraId="0C501071" w14:textId="77777777" w:rsidR="00E15F5D" w:rsidRDefault="00E15F5D">
            <w:pPr>
              <w:rPr>
                <w:rFonts w:hint="eastAsia"/>
              </w:rPr>
            </w:pPr>
          </w:p>
        </w:tc>
        <w:tc>
          <w:tcPr>
            <w:tcW w:w="2154" w:type="dxa"/>
            <w:tcMar>
              <w:top w:w="25" w:type="dxa"/>
              <w:left w:w="60" w:type="dxa"/>
              <w:bottom w:w="25" w:type="dxa"/>
              <w:right w:w="60" w:type="dxa"/>
            </w:tcMar>
          </w:tcPr>
          <w:p w14:paraId="769363B0" w14:textId="77777777" w:rsidR="00E15F5D" w:rsidRDefault="00E15F5D">
            <w:pPr>
              <w:rPr>
                <w:rFonts w:hint="eastAsia"/>
              </w:rPr>
            </w:pPr>
          </w:p>
        </w:tc>
        <w:tc>
          <w:tcPr>
            <w:tcW w:w="1579" w:type="dxa"/>
            <w:tcMar>
              <w:top w:w="25" w:type="dxa"/>
              <w:left w:w="60" w:type="dxa"/>
              <w:bottom w:w="25" w:type="dxa"/>
              <w:right w:w="60" w:type="dxa"/>
            </w:tcMar>
          </w:tcPr>
          <w:p w14:paraId="0F645053" w14:textId="77777777" w:rsidR="00E15F5D" w:rsidRDefault="00E15F5D">
            <w:pPr>
              <w:rPr>
                <w:rFonts w:hint="eastAsia"/>
              </w:rPr>
            </w:pPr>
          </w:p>
        </w:tc>
      </w:tr>
      <w:tr w:rsidR="00E15F5D" w14:paraId="3B7CF782" w14:textId="77777777" w:rsidTr="006A179D">
        <w:trPr>
          <w:trHeight w:val="312"/>
          <w:jc w:val="center"/>
        </w:trPr>
        <w:tc>
          <w:tcPr>
            <w:tcW w:w="2332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4C6E818" w14:textId="18AEA89E" w:rsidR="00E15F5D" w:rsidRDefault="006A179D" w:rsidP="00C95FA3">
            <w:pPr>
              <w:rPr>
                <w:rFonts w:hint="eastAsia"/>
              </w:rPr>
            </w:pPr>
            <w:r>
              <w:rPr>
                <w:rFonts w:eastAsia="TH Sarabun New" w:cs="TH Sarabun New"/>
                <w:sz w:val="23"/>
              </w:rPr>
              <w:t xml:space="preserve">         </w:t>
            </w:r>
            <w:proofErr w:type="spellStart"/>
            <w:r w:rsidR="00000000">
              <w:rPr>
                <w:rFonts w:eastAsia="TH Sarabun New" w:cs="TH Sarabun New"/>
                <w:sz w:val="23"/>
              </w:rPr>
              <w:t>ไมค์</w:t>
            </w:r>
            <w:proofErr w:type="spellEnd"/>
            <w:r w:rsidR="00000000">
              <w:rPr>
                <w:rFonts w:eastAsia="TH Sarabun New" w:cs="TH Sarabun New"/>
                <w:sz w:val="23"/>
              </w:rPr>
              <w:t xml:space="preserve"> B (</w:t>
            </w:r>
            <w:proofErr w:type="spellStart"/>
            <w:r w:rsidR="00000000">
              <w:rPr>
                <w:rFonts w:eastAsia="TH Sarabun New" w:cs="TH Sarabun New"/>
                <w:sz w:val="23"/>
              </w:rPr>
              <w:t>ระยะเพิ่ม</w:t>
            </w:r>
            <w:proofErr w:type="spellEnd"/>
            <w:r w:rsidR="00000000">
              <w:rPr>
                <w:rFonts w:eastAsia="TH Sarabun New" w:cs="TH Sarabun New"/>
                <w:sz w:val="23"/>
              </w:rPr>
              <w:t xml:space="preserve"> 5 </w:t>
            </w:r>
            <w:proofErr w:type="spellStart"/>
            <w:r w:rsidR="00000000">
              <w:rPr>
                <w:rFonts w:eastAsia="TH Sarabun New" w:cs="TH Sarabun New"/>
                <w:sz w:val="23"/>
              </w:rPr>
              <w:t>เท่า</w:t>
            </w:r>
            <w:proofErr w:type="spellEnd"/>
            <w:r w:rsidR="00000000">
              <w:rPr>
                <w:rFonts w:eastAsia="TH Sarabun New" w:cs="TH Sarabun New"/>
                <w:sz w:val="23"/>
              </w:rPr>
              <w:t>)</w:t>
            </w:r>
          </w:p>
        </w:tc>
        <w:tc>
          <w:tcPr>
            <w:tcW w:w="1361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DC28CDA" w14:textId="77777777" w:rsidR="00E15F5D" w:rsidRDefault="00000000" w:rsidP="00C95FA3">
            <w:pPr>
              <w:jc w:val="center"/>
              <w:rPr>
                <w:rFonts w:hint="eastAsia"/>
              </w:rPr>
            </w:pPr>
            <w:r>
              <w:rPr>
                <w:rFonts w:eastAsia="TH Sarabun New" w:cs="TH Sarabun New"/>
                <w:sz w:val="23"/>
              </w:rPr>
              <w:t>5.00</w:t>
            </w:r>
          </w:p>
        </w:tc>
        <w:tc>
          <w:tcPr>
            <w:tcW w:w="2494" w:type="dxa"/>
            <w:tcMar>
              <w:top w:w="25" w:type="dxa"/>
              <w:left w:w="60" w:type="dxa"/>
              <w:bottom w:w="25" w:type="dxa"/>
              <w:right w:w="60" w:type="dxa"/>
            </w:tcMar>
          </w:tcPr>
          <w:p w14:paraId="0BA26083" w14:textId="77777777" w:rsidR="00E15F5D" w:rsidRDefault="00E15F5D">
            <w:pPr>
              <w:rPr>
                <w:rFonts w:hint="eastAsia"/>
              </w:rPr>
            </w:pPr>
          </w:p>
        </w:tc>
        <w:tc>
          <w:tcPr>
            <w:tcW w:w="2154" w:type="dxa"/>
            <w:tcMar>
              <w:top w:w="25" w:type="dxa"/>
              <w:left w:w="60" w:type="dxa"/>
              <w:bottom w:w="25" w:type="dxa"/>
              <w:right w:w="60" w:type="dxa"/>
            </w:tcMar>
          </w:tcPr>
          <w:p w14:paraId="6F5D48D8" w14:textId="77777777" w:rsidR="00E15F5D" w:rsidRDefault="00E15F5D">
            <w:pPr>
              <w:rPr>
                <w:rFonts w:hint="eastAsia"/>
              </w:rPr>
            </w:pPr>
          </w:p>
        </w:tc>
        <w:tc>
          <w:tcPr>
            <w:tcW w:w="1579" w:type="dxa"/>
            <w:tcMar>
              <w:top w:w="25" w:type="dxa"/>
              <w:left w:w="60" w:type="dxa"/>
              <w:bottom w:w="25" w:type="dxa"/>
              <w:right w:w="60" w:type="dxa"/>
            </w:tcMar>
          </w:tcPr>
          <w:p w14:paraId="68C07CB4" w14:textId="77777777" w:rsidR="00E15F5D" w:rsidRDefault="00E15F5D">
            <w:pPr>
              <w:rPr>
                <w:rFonts w:hint="eastAsia"/>
              </w:rPr>
            </w:pPr>
          </w:p>
        </w:tc>
      </w:tr>
      <w:tr w:rsidR="00E15F5D" w14:paraId="360C8302" w14:textId="77777777" w:rsidTr="006A179D">
        <w:trPr>
          <w:trHeight w:val="312"/>
          <w:jc w:val="center"/>
        </w:trPr>
        <w:tc>
          <w:tcPr>
            <w:tcW w:w="2332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44300234" w14:textId="4E2A2103" w:rsidR="00E15F5D" w:rsidRDefault="006A179D" w:rsidP="00C95FA3">
            <w:pPr>
              <w:rPr>
                <w:rFonts w:hint="eastAsia"/>
              </w:rPr>
            </w:pPr>
            <w:r>
              <w:rPr>
                <w:rFonts w:eastAsia="TH Sarabun New" w:cs="TH Sarabun New"/>
                <w:sz w:val="23"/>
              </w:rPr>
              <w:t xml:space="preserve">         </w:t>
            </w:r>
            <w:proofErr w:type="spellStart"/>
            <w:r w:rsidR="00000000">
              <w:rPr>
                <w:rFonts w:eastAsia="TH Sarabun New" w:cs="TH Sarabun New"/>
                <w:sz w:val="23"/>
              </w:rPr>
              <w:t>ไมค์</w:t>
            </w:r>
            <w:proofErr w:type="spellEnd"/>
            <w:r w:rsidR="00000000">
              <w:rPr>
                <w:rFonts w:eastAsia="TH Sarabun New" w:cs="TH Sarabun New"/>
                <w:sz w:val="23"/>
              </w:rPr>
              <w:t xml:space="preserve"> B (</w:t>
            </w:r>
            <w:proofErr w:type="spellStart"/>
            <w:r w:rsidR="00000000">
              <w:rPr>
                <w:rFonts w:eastAsia="TH Sarabun New" w:cs="TH Sarabun New"/>
                <w:sz w:val="23"/>
              </w:rPr>
              <w:t>ระยะไกล</w:t>
            </w:r>
            <w:proofErr w:type="spellEnd"/>
            <w:r w:rsidR="00000000">
              <w:rPr>
                <w:rFonts w:eastAsia="TH Sarabun New" w:cs="TH Sarabun New"/>
                <w:sz w:val="23"/>
              </w:rPr>
              <w:t xml:space="preserve"> 10 </w:t>
            </w:r>
            <w:proofErr w:type="spellStart"/>
            <w:r w:rsidR="00000000">
              <w:rPr>
                <w:rFonts w:eastAsia="TH Sarabun New" w:cs="TH Sarabun New"/>
                <w:sz w:val="23"/>
              </w:rPr>
              <w:t>เท่า</w:t>
            </w:r>
            <w:proofErr w:type="spellEnd"/>
            <w:r w:rsidR="00000000">
              <w:rPr>
                <w:rFonts w:eastAsia="TH Sarabun New" w:cs="TH Sarabun New"/>
                <w:sz w:val="23"/>
              </w:rPr>
              <w:t>)</w:t>
            </w:r>
          </w:p>
        </w:tc>
        <w:tc>
          <w:tcPr>
            <w:tcW w:w="1361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0D165C7" w14:textId="77777777" w:rsidR="00E15F5D" w:rsidRDefault="00000000" w:rsidP="00C95FA3">
            <w:pPr>
              <w:jc w:val="center"/>
              <w:rPr>
                <w:rFonts w:hint="eastAsia"/>
              </w:rPr>
            </w:pPr>
            <w:r>
              <w:rPr>
                <w:rFonts w:eastAsia="TH Sarabun New" w:cs="TH Sarabun New"/>
                <w:sz w:val="23"/>
              </w:rPr>
              <w:t>10.00</w:t>
            </w:r>
          </w:p>
        </w:tc>
        <w:tc>
          <w:tcPr>
            <w:tcW w:w="2494" w:type="dxa"/>
            <w:tcMar>
              <w:top w:w="25" w:type="dxa"/>
              <w:left w:w="60" w:type="dxa"/>
              <w:bottom w:w="25" w:type="dxa"/>
              <w:right w:w="60" w:type="dxa"/>
            </w:tcMar>
          </w:tcPr>
          <w:p w14:paraId="7C3A3172" w14:textId="77777777" w:rsidR="00E15F5D" w:rsidRDefault="00E15F5D">
            <w:pPr>
              <w:rPr>
                <w:rFonts w:hint="eastAsia"/>
              </w:rPr>
            </w:pPr>
          </w:p>
        </w:tc>
        <w:tc>
          <w:tcPr>
            <w:tcW w:w="2154" w:type="dxa"/>
            <w:tcMar>
              <w:top w:w="25" w:type="dxa"/>
              <w:left w:w="60" w:type="dxa"/>
              <w:bottom w:w="25" w:type="dxa"/>
              <w:right w:w="60" w:type="dxa"/>
            </w:tcMar>
          </w:tcPr>
          <w:p w14:paraId="5F87DE6C" w14:textId="77777777" w:rsidR="00E15F5D" w:rsidRDefault="00E15F5D">
            <w:pPr>
              <w:rPr>
                <w:rFonts w:hint="eastAsia"/>
              </w:rPr>
            </w:pPr>
          </w:p>
        </w:tc>
        <w:tc>
          <w:tcPr>
            <w:tcW w:w="1579" w:type="dxa"/>
            <w:tcMar>
              <w:top w:w="25" w:type="dxa"/>
              <w:left w:w="60" w:type="dxa"/>
              <w:bottom w:w="25" w:type="dxa"/>
              <w:right w:w="60" w:type="dxa"/>
            </w:tcMar>
          </w:tcPr>
          <w:p w14:paraId="7A6CABEC" w14:textId="77777777" w:rsidR="00E15F5D" w:rsidRDefault="00E15F5D">
            <w:pPr>
              <w:rPr>
                <w:rFonts w:hint="eastAsia"/>
              </w:rPr>
            </w:pPr>
          </w:p>
        </w:tc>
      </w:tr>
    </w:tbl>
    <w:p w14:paraId="190AAA63" w14:textId="77777777" w:rsidR="00E15F5D" w:rsidRPr="00C95FA3" w:rsidRDefault="00000000" w:rsidP="00E80F1F">
      <w:pPr>
        <w:spacing w:before="120" w:after="0"/>
        <w:rPr>
          <w:rFonts w:hint="eastAsia"/>
          <w:b/>
          <w:bCs/>
        </w:rPr>
      </w:pPr>
      <w:r w:rsidRPr="00C95FA3">
        <w:rPr>
          <w:rFonts w:eastAsia="TH Sarabun New" w:cs="TH Sarabun New"/>
          <w:b/>
          <w:bCs/>
          <w:color w:val="000000" w:themeColor="text1"/>
          <w:sz w:val="20"/>
        </w:rPr>
        <w:t>*</w:t>
      </w:r>
      <w:proofErr w:type="spellStart"/>
      <w:r w:rsidRPr="00C95FA3">
        <w:rPr>
          <w:rFonts w:eastAsia="TH Sarabun New" w:cs="TH Sarabun New"/>
          <w:b/>
          <w:bCs/>
          <w:color w:val="000000" w:themeColor="text1"/>
          <w:sz w:val="20"/>
        </w:rPr>
        <w:t>หมายเหตุ</w:t>
      </w:r>
      <w:proofErr w:type="spellEnd"/>
      <w:r w:rsidRPr="00C95FA3">
        <w:rPr>
          <w:rFonts w:eastAsia="TH Sarabun New" w:cs="TH Sarabun New"/>
          <w:b/>
          <w:bCs/>
          <w:color w:val="000000" w:themeColor="text1"/>
          <w:sz w:val="20"/>
        </w:rPr>
        <w:t xml:space="preserve">: </w:t>
      </w:r>
      <w:proofErr w:type="spellStart"/>
      <w:r w:rsidRPr="00C95FA3">
        <w:rPr>
          <w:rFonts w:eastAsia="TH Sarabun New" w:cs="TH Sarabun New"/>
          <w:b/>
          <w:bCs/>
          <w:color w:val="000000" w:themeColor="text1"/>
          <w:sz w:val="20"/>
        </w:rPr>
        <w:t>ระดับเสียง</w:t>
      </w:r>
      <w:proofErr w:type="spellEnd"/>
      <w:r w:rsidRPr="00C95FA3">
        <w:rPr>
          <w:rFonts w:eastAsia="TH Sarabun New" w:cs="TH Sarabun New"/>
          <w:b/>
          <w:bCs/>
          <w:color w:val="000000" w:themeColor="text1"/>
          <w:sz w:val="20"/>
        </w:rPr>
        <w:t xml:space="preserve"> β </w:t>
      </w:r>
      <w:proofErr w:type="spellStart"/>
      <w:r w:rsidRPr="00C95FA3">
        <w:rPr>
          <w:rFonts w:eastAsia="TH Sarabun New" w:cs="TH Sarabun New"/>
          <w:b/>
          <w:bCs/>
          <w:color w:val="000000" w:themeColor="text1"/>
          <w:sz w:val="20"/>
        </w:rPr>
        <w:t>ในซิมแสดงทศนิยม</w:t>
      </w:r>
      <w:proofErr w:type="spellEnd"/>
      <w:r w:rsidRPr="00C95FA3">
        <w:rPr>
          <w:rFonts w:eastAsia="TH Sarabun New" w:cs="TH Sarabun New"/>
          <w:b/>
          <w:bCs/>
          <w:color w:val="000000" w:themeColor="text1"/>
          <w:sz w:val="20"/>
        </w:rPr>
        <w:t xml:space="preserve"> 1 ตำแหน่ง สเกลลอการิทึมอ้างอิง I₀ = 10⁻¹² W/m²</w:t>
      </w:r>
    </w:p>
    <w:p w14:paraId="49375674" w14:textId="77777777" w:rsidR="00E15F5D" w:rsidRDefault="00000000">
      <w:pPr>
        <w:spacing w:after="0" w:line="0" w:lineRule="atLeast"/>
        <w:rPr>
          <w:rFonts w:hint="eastAsia"/>
        </w:rPr>
      </w:pPr>
      <w:r>
        <w:br w:type="page"/>
      </w:r>
    </w:p>
    <w:p w14:paraId="1201BE20" w14:textId="63E6E7B7" w:rsidR="00E80F1F" w:rsidRPr="002E0683" w:rsidRDefault="00E80F1F" w:rsidP="002E0683">
      <w:pPr>
        <w:jc w:val="center"/>
        <w:rPr>
          <w:rFonts w:eastAsia="TH Sarabun New" w:cs="TH Sarabun New"/>
          <w:b/>
          <w:sz w:val="36"/>
          <w:szCs w:val="24"/>
        </w:rPr>
      </w:pPr>
      <w:proofErr w:type="spellStart"/>
      <w:r w:rsidRPr="00253B8F">
        <w:rPr>
          <w:rFonts w:eastAsia="TH Sarabun New" w:cs="TH Sarabun New"/>
          <w:b/>
          <w:szCs w:val="24"/>
        </w:rPr>
        <w:lastRenderedPageBreak/>
        <w:t>ชื่อ-สกุล</w:t>
      </w:r>
      <w:proofErr w:type="spellEnd"/>
      <w:r w:rsidRPr="00253B8F">
        <w:rPr>
          <w:rFonts w:eastAsia="TH Sarabun New" w:cs="TH Sarabun New"/>
          <w:b/>
          <w:szCs w:val="24"/>
        </w:rPr>
        <w:t xml:space="preserve"> ...................................................................................................................................... </w:t>
      </w:r>
      <w:proofErr w:type="spellStart"/>
      <w:r w:rsidRPr="00253B8F">
        <w:rPr>
          <w:rFonts w:eastAsia="TH Sarabun New" w:cs="TH Sarabun New"/>
          <w:b/>
          <w:szCs w:val="24"/>
        </w:rPr>
        <w:t>ชั้น</w:t>
      </w:r>
      <w:proofErr w:type="spellEnd"/>
      <w:r w:rsidRPr="00253B8F">
        <w:rPr>
          <w:rFonts w:eastAsia="TH Sarabun New" w:cs="TH Sarabun New"/>
          <w:b/>
          <w:szCs w:val="24"/>
        </w:rPr>
        <w:t xml:space="preserve">…….......... </w:t>
      </w:r>
      <w:proofErr w:type="spellStart"/>
      <w:r w:rsidRPr="00253B8F">
        <w:rPr>
          <w:rFonts w:eastAsia="TH Sarabun New" w:cs="TH Sarabun New"/>
          <w:b/>
          <w:szCs w:val="24"/>
        </w:rPr>
        <w:t>เลขที่</w:t>
      </w:r>
      <w:proofErr w:type="spellEnd"/>
      <w:r w:rsidRPr="00253B8F">
        <w:rPr>
          <w:rFonts w:eastAsia="TH Sarabun New" w:cs="TH Sarabun New"/>
          <w:b/>
          <w:szCs w:val="24"/>
        </w:rPr>
        <w:t xml:space="preserve"> .............. </w:t>
      </w:r>
    </w:p>
    <w:p w14:paraId="6AFC8CB6" w14:textId="6298910E" w:rsidR="00E15F5D" w:rsidRDefault="00000000">
      <w:pPr>
        <w:rPr>
          <w:rFonts w:hint="eastAsia"/>
        </w:rPr>
      </w:pPr>
      <w:proofErr w:type="spellStart"/>
      <w:r>
        <w:rPr>
          <w:rFonts w:eastAsia="TH Sarabun New" w:cs="TH Sarabun New"/>
          <w:b/>
          <w:color w:val="0369A1"/>
          <w:sz w:val="27"/>
        </w:rPr>
        <w:t>ตอนที่</w:t>
      </w:r>
      <w:proofErr w:type="spellEnd"/>
      <w:r>
        <w:rPr>
          <w:rFonts w:eastAsia="TH Sarabun New" w:cs="TH Sarabun New"/>
          <w:b/>
          <w:color w:val="0369A1"/>
          <w:sz w:val="27"/>
        </w:rPr>
        <w:t xml:space="preserve"> 3: </w:t>
      </w:r>
      <w:proofErr w:type="spellStart"/>
      <w:r>
        <w:rPr>
          <w:rFonts w:eastAsia="TH Sarabun New" w:cs="TH Sarabun New"/>
          <w:b/>
          <w:color w:val="0369A1"/>
          <w:sz w:val="27"/>
        </w:rPr>
        <w:t>การวิเคราะห์ข้อมูลและการค้นพบกฎฟิสิกส์</w:t>
      </w:r>
      <w:proofErr w:type="spellEnd"/>
      <w:r>
        <w:rPr>
          <w:rFonts w:eastAsia="TH Sarabun New" w:cs="TH Sarabun New"/>
          <w:b/>
          <w:color w:val="0369A1"/>
          <w:sz w:val="27"/>
        </w:rPr>
        <w:t xml:space="preserve"> (Data Analysis &amp; Discovery) — ⏱️ 10 นาที</w:t>
      </w:r>
    </w:p>
    <w:p w14:paraId="75AF0385" w14:textId="165343E5" w:rsidR="00E15F5D" w:rsidRDefault="00E80F1F">
      <w:pPr>
        <w:rPr>
          <w:rFonts w:hint="eastAsia"/>
        </w:rPr>
      </w:pPr>
      <w:proofErr w:type="spellStart"/>
      <w:r w:rsidRPr="00C95FA3">
        <w:rPr>
          <w:rFonts w:eastAsia="TH Sarabun New" w:cs="TH Sarabun New"/>
          <w:b/>
          <w:bCs/>
          <w:sz w:val="23"/>
          <w:szCs w:val="23"/>
        </w:rPr>
        <w:t>คำสั่ง</w:t>
      </w:r>
      <w:proofErr w:type="spellEnd"/>
      <w:r w:rsidRPr="00E80F1F">
        <w:rPr>
          <w:rFonts w:eastAsia="TH Sarabun New" w:cs="TH Sarabun New"/>
          <w:b/>
          <w:bCs/>
          <w:sz w:val="23"/>
          <w:szCs w:val="23"/>
        </w:rPr>
        <w:t xml:space="preserve">: </w:t>
      </w:r>
      <w:proofErr w:type="spellStart"/>
      <w:r w:rsidR="00000000" w:rsidRPr="00E80F1F">
        <w:rPr>
          <w:rFonts w:eastAsia="TH Sarabun New" w:cs="TH Sarabun New"/>
          <w:b/>
          <w:bCs/>
          <w:sz w:val="24"/>
        </w:rPr>
        <w:t>นำข้อมูลจากตารางตอนที่</w:t>
      </w:r>
      <w:proofErr w:type="spellEnd"/>
      <w:r w:rsidR="00000000" w:rsidRPr="00E80F1F">
        <w:rPr>
          <w:rFonts w:eastAsia="TH Sarabun New" w:cs="TH Sarabun New"/>
          <w:b/>
          <w:bCs/>
          <w:sz w:val="24"/>
        </w:rPr>
        <w:t xml:space="preserve"> 2 </w:t>
      </w:r>
      <w:proofErr w:type="spellStart"/>
      <w:r w:rsidR="00000000" w:rsidRPr="00E80F1F">
        <w:rPr>
          <w:rFonts w:eastAsia="TH Sarabun New" w:cs="TH Sarabun New"/>
          <w:b/>
          <w:bCs/>
          <w:sz w:val="24"/>
        </w:rPr>
        <w:t>มาคำนวณเปรียบเทียบระหว่าง</w:t>
      </w:r>
      <w:proofErr w:type="spellEnd"/>
      <w:r w:rsidR="00000000" w:rsidRPr="00E80F1F">
        <w:rPr>
          <w:rFonts w:eastAsia="TH Sarabun New" w:cs="TH Sarabun New"/>
          <w:b/>
          <w:bCs/>
          <w:sz w:val="24"/>
        </w:rPr>
        <w:t xml:space="preserve"> ไมค์ A (1.00 m) กับ ไมค์ B (2.00 m) เมื่อระยะทาง</w:t>
      </w:r>
      <w:proofErr w:type="spellStart"/>
      <w:r w:rsidR="00000000" w:rsidRPr="00E80F1F">
        <w:rPr>
          <w:rFonts w:eastAsia="TH Sarabun New" w:cs="TH Sarabun New"/>
          <w:b/>
          <w:bCs/>
          <w:sz w:val="24"/>
        </w:rPr>
        <w:t>เพิ่มขึ้นเป็น</w:t>
      </w:r>
      <w:proofErr w:type="spellEnd"/>
      <w:r w:rsidR="00000000" w:rsidRPr="00E80F1F">
        <w:rPr>
          <w:rFonts w:eastAsia="TH Sarabun New" w:cs="TH Sarabun New"/>
          <w:b/>
          <w:bCs/>
          <w:sz w:val="24"/>
        </w:rPr>
        <w:t xml:space="preserve"> 2 </w:t>
      </w:r>
      <w:proofErr w:type="spellStart"/>
      <w:r w:rsidR="00000000" w:rsidRPr="00E80F1F">
        <w:rPr>
          <w:rFonts w:eastAsia="TH Sarabun New" w:cs="TH Sarabun New"/>
          <w:b/>
          <w:bCs/>
          <w:sz w:val="24"/>
        </w:rPr>
        <w:t>เท่า</w:t>
      </w:r>
      <w:proofErr w:type="spellEnd"/>
    </w:p>
    <w:p w14:paraId="56270A9D" w14:textId="1DF24844" w:rsidR="00E15F5D" w:rsidRDefault="00000000">
      <w:pPr>
        <w:spacing w:after="20"/>
        <w:rPr>
          <w:rFonts w:hint="eastAsia"/>
        </w:rPr>
      </w:pPr>
      <w:r>
        <w:rPr>
          <w:rFonts w:eastAsia="TH Sarabun New" w:cs="TH Sarabun New"/>
          <w:b/>
          <w:sz w:val="24"/>
        </w:rPr>
        <w:t>3.1 อัตราส่วนความเข้มเสียง (IB / IA จุดไกล ÷ จุดใกล้)</w:t>
      </w:r>
    </w:p>
    <w:p w14:paraId="32CF0845" w14:textId="77777777" w:rsidR="00E15F5D" w:rsidRDefault="00000000">
      <w:pPr>
        <w:spacing w:after="20"/>
        <w:rPr>
          <w:rFonts w:hint="eastAsia"/>
        </w:rPr>
      </w:pPr>
      <w:r>
        <w:rPr>
          <w:rFonts w:eastAsia="TH Sarabun New" w:cs="TH Sarabun New"/>
          <w:sz w:val="23"/>
        </w:rPr>
        <w:t xml:space="preserve">      IB / IA = </w:t>
      </w:r>
      <w:proofErr w:type="gramStart"/>
      <w:r>
        <w:rPr>
          <w:rFonts w:eastAsia="TH Sarabun New" w:cs="TH Sarabun New"/>
          <w:sz w:val="23"/>
        </w:rPr>
        <w:t>I(</w:t>
      </w:r>
      <w:proofErr w:type="gramEnd"/>
      <w:r>
        <w:rPr>
          <w:rFonts w:eastAsia="TH Sarabun New" w:cs="TH Sarabun New"/>
          <w:sz w:val="23"/>
        </w:rPr>
        <w:t>2.0m) / I(1.0m) = ________________________________ / ________________________________ = ________________</w:t>
      </w:r>
    </w:p>
    <w:p w14:paraId="4B7D13BC" w14:textId="77777777" w:rsidR="00E15F5D" w:rsidRDefault="00000000">
      <w:pPr>
        <w:rPr>
          <w:rFonts w:hint="eastAsia"/>
        </w:rPr>
      </w:pPr>
      <w:r>
        <w:rPr>
          <w:rFonts w:eastAsia="TH Sarabun New" w:cs="TH Sarabun New"/>
          <w:sz w:val="23"/>
        </w:rPr>
        <w:t xml:space="preserve">      สรุป: เมื่อระยะทางเพิ่ม 2 เท่า ความเข้มเสียงของไมค์ B ลดลงเหลือ ________________ เท่า (คิดเป็น ________________ % ของไมค์ A)</w:t>
      </w:r>
    </w:p>
    <w:p w14:paraId="186AF6E1" w14:textId="72CB26DA" w:rsidR="00E15F5D" w:rsidRDefault="00000000">
      <w:pPr>
        <w:spacing w:after="20"/>
        <w:rPr>
          <w:rFonts w:hint="eastAsia"/>
        </w:rPr>
      </w:pPr>
      <w:r>
        <w:rPr>
          <w:rFonts w:eastAsia="TH Sarabun New" w:cs="TH Sarabun New"/>
          <w:b/>
          <w:sz w:val="24"/>
        </w:rPr>
        <w:t>3.2 ผลต่างระดับความเข้มเสียง (Δβ = βB − βA)</w:t>
      </w:r>
    </w:p>
    <w:p w14:paraId="5A8DD893" w14:textId="77777777" w:rsidR="00E15F5D" w:rsidRDefault="00000000">
      <w:pPr>
        <w:spacing w:after="20"/>
        <w:rPr>
          <w:rFonts w:hint="eastAsia"/>
        </w:rPr>
      </w:pPr>
      <w:r>
        <w:rPr>
          <w:rFonts w:eastAsia="TH Sarabun New" w:cs="TH Sarabun New"/>
          <w:sz w:val="23"/>
        </w:rPr>
        <w:t xml:space="preserve">      Δβ = </w:t>
      </w:r>
      <w:proofErr w:type="gramStart"/>
      <w:r>
        <w:rPr>
          <w:rFonts w:eastAsia="TH Sarabun New" w:cs="TH Sarabun New"/>
          <w:sz w:val="23"/>
        </w:rPr>
        <w:t>β(</w:t>
      </w:r>
      <w:proofErr w:type="gramEnd"/>
      <w:r>
        <w:rPr>
          <w:rFonts w:eastAsia="TH Sarabun New" w:cs="TH Sarabun New"/>
          <w:sz w:val="23"/>
        </w:rPr>
        <w:t>2.0m) − β(1.0m) = ____________________ dB − ____________________ dB = ____________________ dB</w:t>
      </w:r>
    </w:p>
    <w:p w14:paraId="0EBA5A25" w14:textId="77777777" w:rsidR="00E15F5D" w:rsidRDefault="00000000">
      <w:pPr>
        <w:rPr>
          <w:rFonts w:hint="eastAsia"/>
        </w:rPr>
      </w:pPr>
      <w:r>
        <w:rPr>
          <w:rFonts w:eastAsia="TH Sarabun New" w:cs="TH Sarabun New"/>
          <w:sz w:val="23"/>
        </w:rPr>
        <w:t xml:space="preserve">      สรุป: เมื่อระยะทางเพิ่ม 2 เท่า ระดับความเข้มเสียงลดลงไป ____________________ dB (สอดคล้องกับสเกล Logarithm)</w:t>
      </w:r>
    </w:p>
    <w:p w14:paraId="1E20EFA5" w14:textId="77777777" w:rsidR="00E15F5D" w:rsidRDefault="00000000">
      <w:pPr>
        <w:spacing w:after="20"/>
        <w:rPr>
          <w:rFonts w:hint="eastAsia"/>
        </w:rPr>
      </w:pPr>
      <w:r>
        <w:rPr>
          <w:rFonts w:eastAsia="TH Sarabun New" w:cs="TH Sarabun New"/>
          <w:b/>
          <w:sz w:val="24"/>
        </w:rPr>
        <w:t>3.3 ข้อสรุปความสัมพันธ์ทางฟิสิกส์ (Inverse-Square Law):</w:t>
      </w:r>
    </w:p>
    <w:p w14:paraId="70965B3D" w14:textId="00CC9488" w:rsidR="00E15F5D" w:rsidRDefault="00000000" w:rsidP="00E80F1F">
      <w:pPr>
        <w:spacing w:after="20"/>
        <w:ind w:firstLine="284"/>
        <w:rPr>
          <w:rFonts w:hint="eastAsia"/>
        </w:rPr>
      </w:pPr>
      <w:r>
        <w:rPr>
          <w:rFonts w:eastAsia="TH Sarabun New" w:cs="TH Sarabun New"/>
          <w:sz w:val="23"/>
        </w:rPr>
        <w:t>จากผลการทดลอง เมื่อระยะห่าง r เพิ่มขึ้น ความเข้มเสียง I มีความสัมพันธ์อย่างไร? (ทำเครื่องหมาย</w:t>
      </w:r>
      <w:proofErr w:type="spellStart"/>
      <w:r>
        <w:rPr>
          <w:rFonts w:eastAsia="TH Sarabun New" w:cs="TH Sarabun New"/>
          <w:sz w:val="23"/>
        </w:rPr>
        <w:t>เลือก</w:t>
      </w:r>
      <w:proofErr w:type="spellEnd"/>
      <w:r>
        <w:rPr>
          <w:rFonts w:eastAsia="TH Sarabun New" w:cs="TH Sarabun New"/>
          <w:sz w:val="23"/>
        </w:rPr>
        <w:t xml:space="preserve"> 1 </w:t>
      </w:r>
      <w:proofErr w:type="spellStart"/>
      <w:r>
        <w:rPr>
          <w:rFonts w:eastAsia="TH Sarabun New" w:cs="TH Sarabun New"/>
          <w:sz w:val="23"/>
        </w:rPr>
        <w:t>ข้อ</w:t>
      </w:r>
      <w:proofErr w:type="spellEnd"/>
      <w:r>
        <w:rPr>
          <w:rFonts w:eastAsia="TH Sarabun New" w:cs="TH Sarabun New"/>
          <w:sz w:val="23"/>
        </w:rPr>
        <w:t>)</w:t>
      </w:r>
    </w:p>
    <w:p w14:paraId="53372C3E" w14:textId="77777777" w:rsidR="00E15F5D" w:rsidRPr="00E80F1F" w:rsidRDefault="00000000" w:rsidP="00E80F1F">
      <w:pPr>
        <w:spacing w:after="20"/>
        <w:ind w:firstLine="284"/>
        <w:rPr>
          <w:rFonts w:hint="eastAsia"/>
          <w:bCs/>
        </w:rPr>
      </w:pPr>
      <w:proofErr w:type="gramStart"/>
      <w:r w:rsidRPr="00E80F1F">
        <w:rPr>
          <w:rFonts w:eastAsia="TH Sarabun New" w:cs="TH Sarabun New"/>
          <w:bCs/>
          <w:sz w:val="23"/>
        </w:rPr>
        <w:t>[  ]</w:t>
      </w:r>
      <w:proofErr w:type="gramEnd"/>
      <w:r w:rsidRPr="00E80F1F">
        <w:rPr>
          <w:rFonts w:eastAsia="TH Sarabun New" w:cs="TH Sarabun New"/>
          <w:bCs/>
          <w:sz w:val="23"/>
        </w:rPr>
        <w:t xml:space="preserve"> แปรผันตรงกับระยะทาง (I ∝ r)     [  ] แปรผกผันกับระยะทาง (I ∝ 1/r)     [  ] แปรผกผันกับระยะทางยกกำลังสอง (I ∝ 1/r²)</w:t>
      </w:r>
    </w:p>
    <w:p w14:paraId="06A934BF" w14:textId="4C571BF5" w:rsidR="00E15F5D" w:rsidRDefault="00000000" w:rsidP="00E80F1F">
      <w:pPr>
        <w:spacing w:after="60"/>
        <w:ind w:firstLine="284"/>
      </w:pPr>
      <w:r>
        <w:rPr>
          <w:rFonts w:eastAsia="TH Sarabun New" w:cs="TH Sarabun New"/>
          <w:sz w:val="23"/>
        </w:rPr>
        <w:t xml:space="preserve">เหตุผลประกอบ: หน้าคลื่นเสียงขยายตัวเป็นพื้นที่ผิวทรงกลม A = 4πr² เมื่อ r เพิ่ม 2 เท่า พื้นที่ขยายขึ้น ........ เท่า ความเข้มเสียง (กำลังเสียงต่อหน่วยพื้นที่) จึงเจือจางลงเหลือ ........ </w:t>
      </w:r>
      <w:r w:rsidR="00B17FA2">
        <w:rPr>
          <w:rFonts w:eastAsia="TH Sarabun New" w:cs="TH Sarabun New" w:hint="cs"/>
          <w:sz w:val="23"/>
          <w:cs/>
          <w:lang w:bidi="th-TH"/>
        </w:rPr>
        <w:t>เท่า</w:t>
      </w:r>
      <w:proofErr w:type="spellStart"/>
      <w:r>
        <w:rPr>
          <w:rFonts w:eastAsia="TH Sarabun New" w:cs="TH Sarabun New"/>
          <w:sz w:val="23"/>
        </w:rPr>
        <w:t>ของเดิม</w:t>
      </w:r>
      <w:proofErr w:type="spellEnd"/>
    </w:p>
    <w:p w14:paraId="24593E48" w14:textId="77777777" w:rsidR="00E15F5D" w:rsidRDefault="00000000" w:rsidP="00AC752E">
      <w:pPr>
        <w:spacing w:after="0"/>
        <w:rPr>
          <w:rFonts w:hint="eastAsia"/>
        </w:rPr>
      </w:pPr>
      <w:proofErr w:type="spellStart"/>
      <w:r>
        <w:rPr>
          <w:rFonts w:eastAsia="TH Sarabun New" w:cs="TH Sarabun New"/>
          <w:b/>
          <w:color w:val="0369A1"/>
          <w:sz w:val="27"/>
        </w:rPr>
        <w:t>ตอนที่</w:t>
      </w:r>
      <w:proofErr w:type="spellEnd"/>
      <w:r>
        <w:rPr>
          <w:rFonts w:eastAsia="TH Sarabun New" w:cs="TH Sarabun New"/>
          <w:b/>
          <w:color w:val="0369A1"/>
          <w:sz w:val="27"/>
        </w:rPr>
        <w:t xml:space="preserve"> 4: </w:t>
      </w:r>
      <w:proofErr w:type="spellStart"/>
      <w:r>
        <w:rPr>
          <w:rFonts w:eastAsia="TH Sarabun New" w:cs="TH Sarabun New"/>
          <w:b/>
          <w:color w:val="0369A1"/>
          <w:sz w:val="27"/>
        </w:rPr>
        <w:t>ภารกิจวิศวกรเสียงจัดบูธกิจกรรม</w:t>
      </w:r>
      <w:proofErr w:type="spellEnd"/>
      <w:r>
        <w:rPr>
          <w:rFonts w:eastAsia="TH Sarabun New" w:cs="TH Sarabun New"/>
          <w:b/>
          <w:color w:val="0369A1"/>
          <w:sz w:val="27"/>
        </w:rPr>
        <w:t xml:space="preserve"> (Sound Engineer CER Challenge) — ⏱️ 11 นาที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E15F5D" w14:paraId="227FBC92" w14:textId="77777777">
        <w:trPr>
          <w:jc w:val="center"/>
        </w:trPr>
        <w:tc>
          <w:tcPr>
            <w:tcW w:w="9978" w:type="dxa"/>
            <w:tcBorders>
              <w:top w:val="single" w:sz="4" w:space="0" w:color="A7F3D0"/>
              <w:left w:val="single" w:sz="18" w:space="0" w:color="A7F3D0"/>
              <w:bottom w:val="single" w:sz="4" w:space="0" w:color="A7F3D0"/>
              <w:right w:val="single" w:sz="4" w:space="0" w:color="A7F3D0"/>
            </w:tcBorders>
            <w:shd w:val="clear" w:color="auto" w:fill="ECFDF5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3BB53BE7" w14:textId="77777777" w:rsidR="002E0683" w:rsidRDefault="00000000">
            <w:pPr>
              <w:spacing w:after="0"/>
              <w:rPr>
                <w:rFonts w:eastAsia="TH Sarabun New" w:cs="TH Sarabun New"/>
                <w:b/>
                <w:bCs/>
                <w:sz w:val="23"/>
                <w:szCs w:val="23"/>
              </w:rPr>
            </w:pPr>
            <w:r w:rsidRPr="002E0683">
              <w:rPr>
                <w:rFonts w:ascii="Segoe UI Emoji" w:eastAsia="TH Sarabun New" w:hAnsi="Segoe UI Emoji" w:cs="Segoe UI Emoji"/>
                <w:sz w:val="23"/>
                <w:szCs w:val="23"/>
              </w:rPr>
              <w:t>🏢</w:t>
            </w:r>
            <w:r w:rsidRPr="002E0683">
              <w:rPr>
                <w:rFonts w:eastAsia="TH Sarabun New" w:cs="TH Sarabun New"/>
                <w:sz w:val="23"/>
                <w:szCs w:val="23"/>
              </w:rPr>
              <w:t xml:space="preserve"> </w:t>
            </w:r>
            <w:proofErr w:type="spellStart"/>
            <w:r w:rsidRPr="002E0683">
              <w:rPr>
                <w:rFonts w:eastAsia="TH Sarabun New" w:cs="TH Sarabun New"/>
                <w:b/>
                <w:bCs/>
                <w:sz w:val="23"/>
                <w:szCs w:val="23"/>
              </w:rPr>
              <w:t>สถานการณ์จำลอง</w:t>
            </w:r>
            <w:proofErr w:type="spellEnd"/>
            <w:r w:rsidRPr="002E0683">
              <w:rPr>
                <w:rFonts w:eastAsia="TH Sarabun New" w:cs="TH Sarabun New"/>
                <w:b/>
                <w:bCs/>
                <w:sz w:val="23"/>
                <w:szCs w:val="23"/>
              </w:rPr>
              <w:t>:</w:t>
            </w:r>
            <w:r w:rsidRPr="002E0683">
              <w:rPr>
                <w:rFonts w:eastAsia="TH Sarabun New" w:cs="TH Sarabun New"/>
                <w:sz w:val="23"/>
                <w:szCs w:val="23"/>
              </w:rPr>
              <w:t xml:space="preserve"> </w:t>
            </w:r>
            <w:proofErr w:type="spellStart"/>
            <w:r w:rsidRPr="002E0683">
              <w:rPr>
                <w:rFonts w:eastAsia="TH Sarabun New" w:cs="TH Sarabun New"/>
                <w:b/>
                <w:bCs/>
                <w:sz w:val="23"/>
                <w:szCs w:val="23"/>
              </w:rPr>
              <w:t>ลำโพงเวทีการแสดงดนตรีกลางแจ้งส่งกำลังเสียง</w:t>
            </w:r>
            <w:proofErr w:type="spellEnd"/>
            <w:r w:rsidRPr="002E0683">
              <w:rPr>
                <w:rFonts w:eastAsia="TH Sarabun New" w:cs="TH Sarabun New"/>
                <w:b/>
                <w:bCs/>
                <w:sz w:val="23"/>
                <w:szCs w:val="23"/>
              </w:rPr>
              <w:t xml:space="preserve"> P = 1.00 mW สม่ำเสมอ ต้องการจัดบูธกิจกรรมระหว่าง บูธ A (ระยะ 2.0 m)</w:t>
            </w:r>
          </w:p>
          <w:p w14:paraId="0EB72128" w14:textId="3B1764B3" w:rsidR="00E15F5D" w:rsidRPr="002E0683" w:rsidRDefault="00000000">
            <w:pPr>
              <w:spacing w:after="0"/>
              <w:rPr>
                <w:rFonts w:cs="TH Sarabun New"/>
                <w:sz w:val="23"/>
                <w:szCs w:val="23"/>
                <w:lang w:bidi="th-TH"/>
              </w:rPr>
            </w:pPr>
            <w:r w:rsidRPr="002E0683">
              <w:rPr>
                <w:rFonts w:eastAsia="TH Sarabun New" w:cs="TH Sarabun New"/>
                <w:b/>
                <w:bCs/>
                <w:sz w:val="23"/>
                <w:szCs w:val="23"/>
              </w:rPr>
              <w:t xml:space="preserve"> กับ บูธ B (</w:t>
            </w:r>
            <w:proofErr w:type="spellStart"/>
            <w:r w:rsidRPr="002E0683">
              <w:rPr>
                <w:rFonts w:eastAsia="TH Sarabun New" w:cs="TH Sarabun New"/>
                <w:b/>
                <w:bCs/>
                <w:sz w:val="23"/>
                <w:szCs w:val="23"/>
              </w:rPr>
              <w:t>ระยะ</w:t>
            </w:r>
            <w:proofErr w:type="spellEnd"/>
            <w:r w:rsidRPr="002E0683">
              <w:rPr>
                <w:rFonts w:eastAsia="TH Sarabun New" w:cs="TH Sarabun New"/>
                <w:b/>
                <w:bCs/>
                <w:sz w:val="23"/>
                <w:szCs w:val="23"/>
              </w:rPr>
              <w:t xml:space="preserve"> 5.0 m</w:t>
            </w:r>
            <w:proofErr w:type="gramStart"/>
            <w:r w:rsidRPr="002E0683">
              <w:rPr>
                <w:rFonts w:eastAsia="TH Sarabun New" w:cs="TH Sarabun New"/>
                <w:b/>
                <w:bCs/>
                <w:sz w:val="23"/>
                <w:szCs w:val="23"/>
              </w:rPr>
              <w:t xml:space="preserve">) </w:t>
            </w:r>
            <w:r w:rsidR="002E0683">
              <w:rPr>
                <w:rFonts w:eastAsia="TH Sarabun New" w:cs="TH Sarabun New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2E0683">
              <w:rPr>
                <w:rFonts w:eastAsia="TH Sarabun New" w:cs="TH Sarabun New"/>
                <w:b/>
                <w:bCs/>
                <w:sz w:val="23"/>
                <w:szCs w:val="23"/>
              </w:rPr>
              <w:t>ให้นักเรียนเปิดซิม</w:t>
            </w:r>
            <w:proofErr w:type="spellEnd"/>
            <w:proofErr w:type="gramEnd"/>
            <w:r w:rsidRPr="002E0683">
              <w:rPr>
                <w:rFonts w:eastAsia="TH Sarabun New" w:cs="TH Sarabun New"/>
                <w:b/>
                <w:bCs/>
                <w:sz w:val="23"/>
                <w:szCs w:val="23"/>
              </w:rPr>
              <w:t xml:space="preserve"> 3D </w:t>
            </w:r>
            <w:r w:rsidR="002E0683">
              <w:rPr>
                <w:rFonts w:eastAsia="TH Sarabun New" w:cs="TH Sarabun New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2E0683">
              <w:rPr>
                <w:rFonts w:eastAsia="TH Sarabun New" w:cs="TH Sarabun New"/>
                <w:b/>
                <w:bCs/>
                <w:sz w:val="23"/>
                <w:szCs w:val="23"/>
              </w:rPr>
              <w:t>เลือกปุ่ม</w:t>
            </w:r>
            <w:proofErr w:type="spellEnd"/>
            <w:r w:rsidRPr="002E0683">
              <w:rPr>
                <w:rFonts w:eastAsia="TH Sarabun New" w:cs="TH Sarabun New"/>
                <w:sz w:val="23"/>
                <w:szCs w:val="23"/>
              </w:rPr>
              <w:t xml:space="preserve"> </w:t>
            </w:r>
            <w:r w:rsidRPr="002E0683">
              <w:rPr>
                <w:rFonts w:eastAsia="TH Sarabun New" w:cs="TH Sarabun New"/>
                <w:b/>
                <w:bCs/>
                <w:sz w:val="23"/>
                <w:szCs w:val="23"/>
              </w:rPr>
              <w:t>"</w:t>
            </w:r>
            <w:r w:rsidRPr="002E0683">
              <w:rPr>
                <w:rFonts w:ascii="Segoe UI Emoji" w:eastAsia="TH Sarabun New" w:hAnsi="Segoe UI Emoji" w:cs="Segoe UI Emoji"/>
                <w:b/>
                <w:bCs/>
                <w:sz w:val="23"/>
                <w:szCs w:val="23"/>
              </w:rPr>
              <w:t>🏢</w:t>
            </w:r>
            <w:r w:rsidRPr="002E0683">
              <w:rPr>
                <w:rFonts w:eastAsia="TH Sarabun New" w:cs="TH Sarabun New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2E0683">
              <w:rPr>
                <w:rFonts w:eastAsia="TH Sarabun New" w:cs="TH Sarabun New"/>
                <w:b/>
                <w:bCs/>
                <w:sz w:val="23"/>
                <w:szCs w:val="23"/>
              </w:rPr>
              <w:t>ตอนที่</w:t>
            </w:r>
            <w:proofErr w:type="spellEnd"/>
            <w:r w:rsidRPr="002E0683">
              <w:rPr>
                <w:rFonts w:eastAsia="TH Sarabun New" w:cs="TH Sarabun New"/>
                <w:b/>
                <w:bCs/>
                <w:sz w:val="23"/>
                <w:szCs w:val="23"/>
              </w:rPr>
              <w:t xml:space="preserve"> 4: ภารกิจ CER (2m vs 5m)" แล้วเขียนรายงาน CER เสนอแนะ "เลือกตำแหน่งบูธที่ได้รับความเข้ม</w:t>
            </w:r>
            <w:proofErr w:type="spellStart"/>
            <w:r w:rsidRPr="002E0683">
              <w:rPr>
                <w:rFonts w:eastAsia="TH Sarabun New" w:cs="TH Sarabun New"/>
                <w:b/>
                <w:bCs/>
                <w:sz w:val="23"/>
                <w:szCs w:val="23"/>
              </w:rPr>
              <w:t>เสียงต่ำกว่า</w:t>
            </w:r>
            <w:proofErr w:type="spellEnd"/>
            <w:r w:rsidRPr="002E0683">
              <w:rPr>
                <w:rFonts w:eastAsia="TH Sarabun New" w:cs="TH Sarabun New"/>
                <w:b/>
                <w:bCs/>
                <w:sz w:val="23"/>
                <w:szCs w:val="23"/>
              </w:rPr>
              <w:t>"</w:t>
            </w:r>
            <w:r w:rsidR="002E0683" w:rsidRPr="002E0683">
              <w:rPr>
                <w:rFonts w:eastAsia="TH Sarabun New" w:cs="TH Sarabun New"/>
                <w:b/>
                <w:bCs/>
                <w:sz w:val="23"/>
                <w:szCs w:val="23"/>
              </w:rPr>
              <w:t xml:space="preserve"> </w:t>
            </w:r>
            <w:r w:rsidR="002E0683" w:rsidRPr="002E0683">
              <w:rPr>
                <w:rFonts w:cs="TH Sarabun New"/>
                <w:b/>
                <w:bCs/>
                <w:sz w:val="23"/>
                <w:szCs w:val="23"/>
                <w:cs/>
                <w:lang w:bidi="th-TH"/>
              </w:rPr>
              <w:t>เพื่อลดมลภาวะทางเสียง</w:t>
            </w:r>
          </w:p>
        </w:tc>
      </w:tr>
    </w:tbl>
    <w:p w14:paraId="1971F9FE" w14:textId="77777777" w:rsidR="00E15F5D" w:rsidRPr="002E0683" w:rsidRDefault="00E15F5D">
      <w:pPr>
        <w:spacing w:after="20"/>
        <w:rPr>
          <w:rFonts w:hint="eastAsia"/>
          <w:sz w:val="12"/>
          <w:szCs w:val="8"/>
        </w:rPr>
      </w:pPr>
    </w:p>
    <w:p w14:paraId="44904DA7" w14:textId="77777777" w:rsidR="00E15F5D" w:rsidRDefault="00000000" w:rsidP="002E0683">
      <w:pPr>
        <w:spacing w:after="0"/>
        <w:rPr>
          <w:rFonts w:hint="eastAsia"/>
        </w:rPr>
      </w:pPr>
      <w:r>
        <w:rPr>
          <w:rFonts w:eastAsia="TH Sarabun New" w:cs="TH Sarabun New"/>
          <w:b/>
          <w:color w:val="0369A1"/>
          <w:sz w:val="22"/>
        </w:rPr>
        <w:t>📢 4.1 ข้อกล่าวอ้าง (Claim): ข้อสรุปหรือคำตอบที่ชัดเจนว่าเลือกตำแหน่งบูธใด เพราะเหตุใด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E15F5D" w14:paraId="6AF4431E" w14:textId="77777777" w:rsidTr="002E0683">
        <w:trPr>
          <w:trHeight w:val="227"/>
          <w:jc w:val="center"/>
        </w:trPr>
        <w:tc>
          <w:tcPr>
            <w:tcW w:w="9978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FEB56" w14:textId="77777777" w:rsidR="00E15F5D" w:rsidRPr="002E0683" w:rsidRDefault="00E15F5D" w:rsidP="00AC752E">
            <w:pPr>
              <w:spacing w:after="0"/>
              <w:rPr>
                <w:rFonts w:hint="eastAsia"/>
                <w:sz w:val="20"/>
                <w:szCs w:val="16"/>
              </w:rPr>
            </w:pPr>
          </w:p>
        </w:tc>
      </w:tr>
      <w:tr w:rsidR="00E15F5D" w14:paraId="52329B79" w14:textId="77777777" w:rsidTr="002E0683">
        <w:trPr>
          <w:trHeight w:val="227"/>
          <w:jc w:val="center"/>
        </w:trPr>
        <w:tc>
          <w:tcPr>
            <w:tcW w:w="9978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BFBFEC" w14:textId="77777777" w:rsidR="00E15F5D" w:rsidRDefault="00E15F5D" w:rsidP="00AC752E">
            <w:pPr>
              <w:spacing w:after="0"/>
              <w:rPr>
                <w:rFonts w:hint="eastAsia"/>
              </w:rPr>
            </w:pPr>
          </w:p>
        </w:tc>
      </w:tr>
    </w:tbl>
    <w:p w14:paraId="7A834985" w14:textId="77777777" w:rsidR="00E15F5D" w:rsidRDefault="00000000" w:rsidP="002E0683">
      <w:pPr>
        <w:spacing w:before="240" w:after="0"/>
        <w:rPr>
          <w:rFonts w:hint="eastAsia"/>
        </w:rPr>
      </w:pPr>
      <w:r>
        <w:rPr>
          <w:rFonts w:eastAsia="TH Sarabun New" w:cs="TH Sarabun New"/>
          <w:b/>
          <w:color w:val="B45309"/>
          <w:sz w:val="22"/>
        </w:rPr>
        <w:t>📊 4.2 หลักฐานเชิงประจักษ์ (Evidence): ตัวเลขผลการวัดค่า r, I, β จากแบบจำลอง 3D เปรียบเทียบทั้งสองตำแหน่งพร้อมหน่วย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E15F5D" w14:paraId="6CA9DAFA" w14:textId="77777777" w:rsidTr="002E0683">
        <w:trPr>
          <w:trHeight w:val="227"/>
          <w:jc w:val="center"/>
        </w:trPr>
        <w:tc>
          <w:tcPr>
            <w:tcW w:w="9978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A867FC" w14:textId="77777777" w:rsidR="00E15F5D" w:rsidRPr="002E0683" w:rsidRDefault="00E15F5D" w:rsidP="00AC752E">
            <w:pPr>
              <w:spacing w:after="0"/>
              <w:rPr>
                <w:rFonts w:hint="eastAsia"/>
                <w:sz w:val="20"/>
                <w:szCs w:val="16"/>
              </w:rPr>
            </w:pPr>
          </w:p>
        </w:tc>
      </w:tr>
      <w:tr w:rsidR="00E15F5D" w14:paraId="55B48FDD" w14:textId="77777777" w:rsidTr="002E0683">
        <w:trPr>
          <w:trHeight w:val="227"/>
          <w:jc w:val="center"/>
        </w:trPr>
        <w:tc>
          <w:tcPr>
            <w:tcW w:w="9978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429E02" w14:textId="77777777" w:rsidR="00E15F5D" w:rsidRDefault="00E15F5D" w:rsidP="00AC752E">
            <w:pPr>
              <w:spacing w:after="0"/>
              <w:rPr>
                <w:rFonts w:hint="eastAsia"/>
              </w:rPr>
            </w:pPr>
          </w:p>
        </w:tc>
      </w:tr>
    </w:tbl>
    <w:p w14:paraId="0AFFE2A9" w14:textId="77777777" w:rsidR="00E15F5D" w:rsidRDefault="00000000" w:rsidP="002E0683">
      <w:pPr>
        <w:spacing w:before="240" w:after="0"/>
        <w:rPr>
          <w:rFonts w:hint="eastAsia"/>
        </w:rPr>
      </w:pPr>
      <w:r>
        <w:rPr>
          <w:rFonts w:eastAsia="TH Sarabun New" w:cs="TH Sarabun New"/>
          <w:b/>
          <w:color w:val="047857"/>
          <w:sz w:val="22"/>
        </w:rPr>
        <w:t>🧠 4.3 การให้เหตุผลทางวิทยาศาสตร์ (Reasoning): อธิบายเชื่อมโยงหลักฐานกับกฎฟิสิกส์ I ∝ 1/r² และสเกลเดซิเบล β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E15F5D" w14:paraId="49260B5B" w14:textId="77777777" w:rsidTr="002E0683">
        <w:trPr>
          <w:trHeight w:val="227"/>
          <w:jc w:val="center"/>
        </w:trPr>
        <w:tc>
          <w:tcPr>
            <w:tcW w:w="9978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A72AEA" w14:textId="77777777" w:rsidR="00E15F5D" w:rsidRPr="002E0683" w:rsidRDefault="00E15F5D" w:rsidP="00AC752E">
            <w:pPr>
              <w:spacing w:after="0"/>
              <w:rPr>
                <w:rFonts w:hint="eastAsia"/>
                <w:sz w:val="20"/>
                <w:szCs w:val="16"/>
              </w:rPr>
            </w:pPr>
          </w:p>
        </w:tc>
      </w:tr>
      <w:tr w:rsidR="00E15F5D" w14:paraId="19DE1321" w14:textId="77777777" w:rsidTr="002E0683">
        <w:trPr>
          <w:trHeight w:val="227"/>
          <w:jc w:val="center"/>
        </w:trPr>
        <w:tc>
          <w:tcPr>
            <w:tcW w:w="9978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8E6C50" w14:textId="77777777" w:rsidR="00E15F5D" w:rsidRDefault="00E15F5D" w:rsidP="00AC752E">
            <w:pPr>
              <w:spacing w:after="0"/>
              <w:rPr>
                <w:rFonts w:hint="eastAsia"/>
              </w:rPr>
            </w:pPr>
          </w:p>
        </w:tc>
      </w:tr>
      <w:tr w:rsidR="00E15F5D" w14:paraId="01522CEC" w14:textId="77777777" w:rsidTr="002E0683">
        <w:trPr>
          <w:trHeight w:val="227"/>
          <w:jc w:val="center"/>
        </w:trPr>
        <w:tc>
          <w:tcPr>
            <w:tcW w:w="9978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909933" w14:textId="77777777" w:rsidR="00E15F5D" w:rsidRDefault="00E15F5D" w:rsidP="00AC752E">
            <w:pPr>
              <w:spacing w:after="0"/>
              <w:rPr>
                <w:rFonts w:hint="eastAsia"/>
              </w:rPr>
            </w:pPr>
          </w:p>
        </w:tc>
      </w:tr>
    </w:tbl>
    <w:p w14:paraId="489202B8" w14:textId="77777777" w:rsidR="00E15F5D" w:rsidRDefault="00000000" w:rsidP="002E0683">
      <w:pPr>
        <w:spacing w:before="240" w:after="20"/>
        <w:rPr>
          <w:rFonts w:hint="eastAsia"/>
        </w:rPr>
      </w:pPr>
      <w:r>
        <w:rPr>
          <w:rFonts w:eastAsia="TH Sarabun New" w:cs="TH Sarabun New"/>
          <w:b/>
          <w:color w:val="166534"/>
          <w:sz w:val="22"/>
        </w:rPr>
        <w:t>💭 การสะท้อนคิดและการประเมินท้ายคาบ (Reflection &amp; Exit Ticket) — ⏱️ 5 นาที</w:t>
      </w:r>
    </w:p>
    <w:p w14:paraId="247F3466" w14:textId="77777777" w:rsidR="00E15F5D" w:rsidRPr="006A179D" w:rsidRDefault="00000000" w:rsidP="002E0683">
      <w:pPr>
        <w:spacing w:after="0"/>
        <w:rPr>
          <w:rFonts w:hint="eastAsia"/>
          <w:sz w:val="22"/>
        </w:rPr>
      </w:pPr>
      <w:r w:rsidRPr="006A179D">
        <w:rPr>
          <w:rFonts w:eastAsia="TH Sarabun New" w:cs="TH Sarabun New"/>
          <w:sz w:val="22"/>
        </w:rPr>
        <w:t>การสะท้อนคิด (Reflection): ผลการทดลองสอดคล้องกับที่ทำนายไว้ในตอนที่ 1 หรือไม่ และมีข้อมูลเชิงประจักษ์ใดสนับสนุน?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  <w:gridCol w:w="80"/>
      </w:tblGrid>
      <w:tr w:rsidR="00E15F5D" w14:paraId="7AD79D7A" w14:textId="77777777">
        <w:trPr>
          <w:trHeight w:val="227"/>
          <w:jc w:val="center"/>
        </w:trPr>
        <w:tc>
          <w:tcPr>
            <w:tcW w:w="9978" w:type="dxa"/>
            <w:gridSpan w:val="3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09ED0B" w14:textId="77777777" w:rsidR="00E15F5D" w:rsidRPr="002E0683" w:rsidRDefault="00E15F5D" w:rsidP="002E0683">
            <w:pPr>
              <w:spacing w:after="0"/>
              <w:rPr>
                <w:rFonts w:hint="eastAsia"/>
                <w:sz w:val="20"/>
                <w:szCs w:val="16"/>
              </w:rPr>
            </w:pPr>
          </w:p>
        </w:tc>
      </w:tr>
      <w:tr w:rsidR="00E15F5D" w14:paraId="5FA9301E" w14:textId="77777777">
        <w:trPr>
          <w:trHeight w:val="227"/>
          <w:jc w:val="center"/>
        </w:trPr>
        <w:tc>
          <w:tcPr>
            <w:tcW w:w="9978" w:type="dxa"/>
            <w:gridSpan w:val="3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15365" w14:textId="77777777" w:rsidR="00E15F5D" w:rsidRDefault="00E15F5D">
            <w:pPr>
              <w:rPr>
                <w:rFonts w:hint="eastAsia"/>
              </w:rPr>
            </w:pPr>
          </w:p>
        </w:tc>
      </w:tr>
      <w:tr w:rsidR="00AC752E" w14:paraId="4A4303D7" w14:textId="77777777">
        <w:trPr>
          <w:trHeight w:val="227"/>
          <w:jc w:val="center"/>
        </w:trPr>
        <w:tc>
          <w:tcPr>
            <w:tcW w:w="9978" w:type="dxa"/>
            <w:gridSpan w:val="3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D220D9" w14:textId="77777777" w:rsidR="00AC752E" w:rsidRDefault="00AC752E">
            <w:pPr>
              <w:rPr>
                <w:rFonts w:hint="eastAsia"/>
              </w:rPr>
            </w:pPr>
          </w:p>
        </w:tc>
      </w:tr>
      <w:tr w:rsidR="00E15F5D" w14:paraId="2B69CF66" w14:textId="77777777">
        <w:tblPrEx>
          <w:tblBorders>
            <w:top w:val="single" w:sz="4" w:space="0" w:color="CBD5E1"/>
            <w:left w:val="single" w:sz="4" w:space="0" w:color="CBD5E1"/>
            <w:bottom w:val="single" w:sz="4" w:space="0" w:color="CBD5E1"/>
            <w:right w:val="single" w:sz="4" w:space="0" w:color="CBD5E1"/>
            <w:insideH w:val="single" w:sz="4" w:space="0" w:color="CBD5E1"/>
            <w:insideV w:val="single" w:sz="4" w:space="0" w:color="CBD5E1"/>
          </w:tblBorders>
        </w:tblPrEx>
        <w:trPr>
          <w:gridAfter w:val="1"/>
          <w:wAfter w:w="51" w:type="dxa"/>
          <w:jc w:val="center"/>
        </w:trPr>
        <w:tc>
          <w:tcPr>
            <w:tcW w:w="4989" w:type="dxa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78A7D459" w14:textId="77777777" w:rsidR="00E15F5D" w:rsidRPr="00AC752E" w:rsidRDefault="00000000">
            <w:pPr>
              <w:spacing w:after="0"/>
              <w:rPr>
                <w:rFonts w:hint="eastAsia"/>
                <w:sz w:val="23"/>
                <w:szCs w:val="23"/>
              </w:rPr>
            </w:pPr>
            <w:r w:rsidRPr="00AC752E">
              <w:rPr>
                <w:rFonts w:eastAsia="TH Sarabun New" w:cs="TH Sarabun New"/>
                <w:sz w:val="23"/>
                <w:szCs w:val="23"/>
              </w:rPr>
              <w:t>🎟️ Exit Ticket 1: ถ้าระยะห่างเพิ่มเป็น 4 เท่า (1m → 4m) ความเข้มเสียง I จะลดลงเหลือ .................... เท่าของเดิม</w:t>
            </w:r>
          </w:p>
        </w:tc>
        <w:tc>
          <w:tcPr>
            <w:tcW w:w="4989" w:type="dxa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98A5849" w14:textId="77777777" w:rsidR="00E15F5D" w:rsidRPr="00AC752E" w:rsidRDefault="00000000">
            <w:pPr>
              <w:spacing w:after="0"/>
              <w:rPr>
                <w:rFonts w:hint="eastAsia"/>
                <w:sz w:val="23"/>
                <w:szCs w:val="23"/>
              </w:rPr>
            </w:pPr>
            <w:r w:rsidRPr="00AC752E">
              <w:rPr>
                <w:rFonts w:eastAsia="TH Sarabun New" w:cs="TH Sarabun New"/>
                <w:sz w:val="23"/>
                <w:szCs w:val="23"/>
              </w:rPr>
              <w:t>🎟️ Exit Ticket 2: "ถอยห่าง 2 เท่า เสียงจะเบาลง 4 dB" ถูกหรือไม่?</w:t>
            </w:r>
            <w:r w:rsidRPr="00AC752E">
              <w:rPr>
                <w:rFonts w:eastAsia="TH Sarabun New" w:cs="TH Sarabun New"/>
                <w:sz w:val="23"/>
                <w:szCs w:val="23"/>
              </w:rPr>
              <w:br/>
              <w:t xml:space="preserve">ตอบ: </w:t>
            </w:r>
            <w:proofErr w:type="gramStart"/>
            <w:r w:rsidRPr="00AC752E">
              <w:rPr>
                <w:rFonts w:eastAsia="TH Sarabun New" w:cs="TH Sarabun New"/>
                <w:sz w:val="23"/>
                <w:szCs w:val="23"/>
              </w:rPr>
              <w:t>[  ]</w:t>
            </w:r>
            <w:proofErr w:type="gramEnd"/>
            <w:r w:rsidRPr="00AC752E">
              <w:rPr>
                <w:rFonts w:eastAsia="TH Sarabun New" w:cs="TH Sarabun New"/>
                <w:sz w:val="23"/>
                <w:szCs w:val="23"/>
              </w:rPr>
              <w:t xml:space="preserve"> ถูก   [  ] ไม่ถูกต้อง เพราะ ......................................</w:t>
            </w:r>
          </w:p>
        </w:tc>
      </w:tr>
      <w:tr w:rsidR="00E15F5D" w14:paraId="42DC0C15" w14:textId="77777777" w:rsidTr="00AC752E">
        <w:trPr>
          <w:gridAfter w:val="1"/>
          <w:wAfter w:w="80" w:type="dxa"/>
          <w:trHeight w:val="1313"/>
          <w:jc w:val="center"/>
        </w:trPr>
        <w:tc>
          <w:tcPr>
            <w:tcW w:w="9978" w:type="dxa"/>
            <w:gridSpan w:val="2"/>
            <w:tcBorders>
              <w:top w:val="single" w:sz="4" w:space="0" w:color="CBD5E1"/>
              <w:left w:val="single" w:sz="18" w:space="0" w:color="0284C7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6A6B3845" w14:textId="79996A3A" w:rsidR="00AC752E" w:rsidRPr="00AC752E" w:rsidRDefault="00000000">
            <w:pPr>
              <w:spacing w:after="0"/>
              <w:rPr>
                <w:rFonts w:eastAsia="TH Sarabun New" w:cs="TH Sarabun New"/>
                <w:bCs/>
                <w:sz w:val="8"/>
                <w:szCs w:val="8"/>
              </w:rPr>
            </w:pPr>
            <w:r w:rsidRPr="00AC752E">
              <w:rPr>
                <w:rFonts w:eastAsia="TH Sarabun New" w:cs="TH Sarabun New"/>
                <w:b/>
                <w:sz w:val="24"/>
                <w:szCs w:val="24"/>
              </w:rPr>
              <w:t xml:space="preserve">📋 </w:t>
            </w:r>
            <w:proofErr w:type="spellStart"/>
            <w:r w:rsidRPr="00AC752E">
              <w:rPr>
                <w:rFonts w:eastAsia="TH Sarabun New" w:cs="TH Sarabun New"/>
                <w:b/>
                <w:sz w:val="24"/>
                <w:szCs w:val="24"/>
              </w:rPr>
              <w:t>ตารางสรุปผลการประเมินใบ</w:t>
            </w:r>
            <w:proofErr w:type="spellEnd"/>
            <w:r w:rsidR="00AC752E" w:rsidRPr="00AC752E">
              <w:rPr>
                <w:rFonts w:eastAsia="TH Sarabun New" w:cs="TH Sarabun New" w:hint="cs"/>
                <w:bCs/>
                <w:sz w:val="24"/>
                <w:szCs w:val="24"/>
                <w:cs/>
                <w:lang w:bidi="th-TH"/>
              </w:rPr>
              <w:t>กิจกรรม</w:t>
            </w:r>
            <w:r w:rsidRPr="00AC752E">
              <w:rPr>
                <w:rFonts w:eastAsia="TH Sarabun New" w:cs="TH Sarabun New"/>
                <w:b/>
                <w:sz w:val="24"/>
                <w:szCs w:val="24"/>
              </w:rPr>
              <w:t xml:space="preserve"> (</w:t>
            </w:r>
            <w:proofErr w:type="spellStart"/>
            <w:r w:rsidRPr="00AC752E">
              <w:rPr>
                <w:rFonts w:eastAsia="TH Sarabun New" w:cs="TH Sarabun New"/>
                <w:b/>
                <w:sz w:val="24"/>
                <w:szCs w:val="24"/>
              </w:rPr>
              <w:t>สำหรับครูผู้สอน</w:t>
            </w:r>
            <w:proofErr w:type="spellEnd"/>
            <w:r w:rsidRPr="00AC752E">
              <w:rPr>
                <w:rFonts w:eastAsia="TH Sarabun New" w:cs="TH Sarabun New"/>
                <w:b/>
                <w:sz w:val="24"/>
                <w:szCs w:val="24"/>
              </w:rPr>
              <w:t>)</w:t>
            </w:r>
            <w:r w:rsidRPr="00AC752E">
              <w:rPr>
                <w:rFonts w:eastAsia="TH Sarabun New" w:cs="TH Sarabun New"/>
                <w:b/>
                <w:sz w:val="24"/>
                <w:szCs w:val="24"/>
              </w:rPr>
              <w:br/>
              <w:t xml:space="preserve">• </w:t>
            </w:r>
            <w:proofErr w:type="spellStart"/>
            <w:r w:rsidRPr="00AC752E">
              <w:rPr>
                <w:rFonts w:eastAsia="TH Sarabun New" w:cs="TH Sarabun New"/>
                <w:b/>
                <w:sz w:val="24"/>
                <w:szCs w:val="24"/>
              </w:rPr>
              <w:t>ตอนที่</w:t>
            </w:r>
            <w:proofErr w:type="spellEnd"/>
            <w:r w:rsidRPr="00AC752E">
              <w:rPr>
                <w:rFonts w:eastAsia="TH Sarabun New" w:cs="TH Sarabun New"/>
                <w:b/>
                <w:sz w:val="24"/>
                <w:szCs w:val="24"/>
              </w:rPr>
              <w:t xml:space="preserve"> 1 </w:t>
            </w:r>
            <w:proofErr w:type="spellStart"/>
            <w:r w:rsidRPr="00AC752E">
              <w:rPr>
                <w:rFonts w:eastAsia="TH Sarabun New" w:cs="TH Sarabun New"/>
                <w:b/>
                <w:sz w:val="24"/>
                <w:szCs w:val="24"/>
              </w:rPr>
              <w:t>ทำนาย&amp;แบบจำลอง</w:t>
            </w:r>
            <w:proofErr w:type="spellEnd"/>
            <w:r w:rsidRPr="00AC752E">
              <w:rPr>
                <w:rFonts w:eastAsia="TH Sarabun New" w:cs="TH Sarabun New"/>
                <w:b/>
                <w:sz w:val="24"/>
                <w:szCs w:val="24"/>
              </w:rPr>
              <w:t xml:space="preserve"> (1</w:t>
            </w:r>
            <w:r w:rsidR="00AC752E" w:rsidRPr="00AC752E">
              <w:rPr>
                <w:rFonts w:eastAsia="TH Sarabun New" w:cs="TH Sarabun New"/>
                <w:b/>
                <w:sz w:val="24"/>
                <w:szCs w:val="24"/>
              </w:rPr>
              <w:t xml:space="preserve"> </w:t>
            </w:r>
            <w:proofErr w:type="gramStart"/>
            <w:r w:rsidR="00AC752E" w:rsidRPr="00AC752E">
              <w:rPr>
                <w:rFonts w:eastAsia="TH Sarabun New" w:cs="TH Sarabun New" w:hint="cs"/>
                <w:bCs/>
                <w:sz w:val="24"/>
                <w:szCs w:val="24"/>
                <w:cs/>
                <w:lang w:bidi="th-TH"/>
              </w:rPr>
              <w:t>คะแนน</w:t>
            </w:r>
            <w:r w:rsidRPr="00AC752E">
              <w:rPr>
                <w:rFonts w:eastAsia="TH Sarabun New" w:cs="TH Sarabun New"/>
                <w:b/>
                <w:sz w:val="24"/>
                <w:szCs w:val="24"/>
              </w:rPr>
              <w:t xml:space="preserve">)  </w:t>
            </w:r>
            <w:r w:rsidR="00AC752E">
              <w:rPr>
                <w:rFonts w:eastAsia="TH Sarabun New" w:cs="TH Sarabun New"/>
                <w:b/>
                <w:sz w:val="24"/>
                <w:szCs w:val="24"/>
              </w:rPr>
              <w:t xml:space="preserve"> </w:t>
            </w:r>
            <w:proofErr w:type="gramEnd"/>
            <w:r w:rsidRPr="00AC752E">
              <w:rPr>
                <w:rFonts w:eastAsia="TH Sarabun New" w:cs="TH Sarabun New"/>
                <w:b/>
                <w:sz w:val="24"/>
                <w:szCs w:val="24"/>
              </w:rPr>
              <w:t xml:space="preserve"> • </w:t>
            </w:r>
            <w:proofErr w:type="spellStart"/>
            <w:r w:rsidRPr="00AC752E">
              <w:rPr>
                <w:rFonts w:eastAsia="TH Sarabun New" w:cs="TH Sarabun New"/>
                <w:b/>
                <w:sz w:val="24"/>
                <w:szCs w:val="24"/>
              </w:rPr>
              <w:t>ตอนที่</w:t>
            </w:r>
            <w:proofErr w:type="spellEnd"/>
            <w:r w:rsidRPr="00AC752E">
              <w:rPr>
                <w:rFonts w:eastAsia="TH Sarabun New" w:cs="TH Sarabun New"/>
                <w:b/>
                <w:sz w:val="24"/>
                <w:szCs w:val="24"/>
              </w:rPr>
              <w:t xml:space="preserve"> 2 </w:t>
            </w:r>
            <w:proofErr w:type="spellStart"/>
            <w:r w:rsidRPr="00AC752E">
              <w:rPr>
                <w:rFonts w:eastAsia="TH Sarabun New" w:cs="TH Sarabun New"/>
                <w:b/>
                <w:sz w:val="24"/>
                <w:szCs w:val="24"/>
              </w:rPr>
              <w:t>ตารางทดลอง</w:t>
            </w:r>
            <w:proofErr w:type="spellEnd"/>
            <w:r w:rsidRPr="00AC752E">
              <w:rPr>
                <w:rFonts w:eastAsia="TH Sarabun New" w:cs="TH Sarabun New"/>
                <w:b/>
                <w:sz w:val="24"/>
                <w:szCs w:val="24"/>
              </w:rPr>
              <w:t xml:space="preserve"> 3D (2</w:t>
            </w:r>
            <w:r w:rsidR="00AC752E">
              <w:rPr>
                <w:rFonts w:eastAsia="TH Sarabun New" w:cs="TH Sarabun New"/>
                <w:b/>
                <w:sz w:val="24"/>
                <w:szCs w:val="24"/>
              </w:rPr>
              <w:t xml:space="preserve"> </w:t>
            </w:r>
            <w:r w:rsidR="00AC752E" w:rsidRPr="00AC752E">
              <w:rPr>
                <w:rFonts w:eastAsia="TH Sarabun New" w:cs="TH Sarabun New" w:hint="cs"/>
                <w:bCs/>
                <w:sz w:val="24"/>
                <w:szCs w:val="24"/>
                <w:cs/>
                <w:lang w:bidi="th-TH"/>
              </w:rPr>
              <w:t>คะแนน</w:t>
            </w:r>
            <w:r w:rsidRPr="00AC752E">
              <w:rPr>
                <w:rFonts w:eastAsia="TH Sarabun New" w:cs="TH Sarabun New"/>
                <w:b/>
                <w:sz w:val="24"/>
                <w:szCs w:val="24"/>
              </w:rPr>
              <w:t xml:space="preserve">)   </w:t>
            </w:r>
            <w:r w:rsidR="00AC752E">
              <w:rPr>
                <w:rFonts w:eastAsia="TH Sarabun New" w:cs="TH Sarabun New"/>
                <w:b/>
                <w:sz w:val="24"/>
                <w:szCs w:val="24"/>
              </w:rPr>
              <w:t xml:space="preserve">     </w:t>
            </w:r>
            <w:r w:rsidRPr="00AC752E">
              <w:rPr>
                <w:rFonts w:eastAsia="TH Sarabun New" w:cs="TH Sarabun New"/>
                <w:b/>
                <w:sz w:val="24"/>
                <w:szCs w:val="24"/>
              </w:rPr>
              <w:t xml:space="preserve">• </w:t>
            </w:r>
            <w:proofErr w:type="spellStart"/>
            <w:r w:rsidRPr="00AC752E">
              <w:rPr>
                <w:rFonts w:eastAsia="TH Sarabun New" w:cs="TH Sarabun New"/>
                <w:b/>
                <w:sz w:val="24"/>
                <w:szCs w:val="24"/>
              </w:rPr>
              <w:t>ตอนที่</w:t>
            </w:r>
            <w:proofErr w:type="spellEnd"/>
            <w:r w:rsidRPr="00AC752E">
              <w:rPr>
                <w:rFonts w:eastAsia="TH Sarabun New" w:cs="TH Sarabun New"/>
                <w:b/>
                <w:sz w:val="24"/>
                <w:szCs w:val="24"/>
              </w:rPr>
              <w:t xml:space="preserve"> 3 </w:t>
            </w:r>
            <w:proofErr w:type="spellStart"/>
            <w:r w:rsidRPr="00AC752E">
              <w:rPr>
                <w:rFonts w:eastAsia="TH Sarabun New" w:cs="TH Sarabun New"/>
                <w:b/>
                <w:sz w:val="24"/>
                <w:szCs w:val="24"/>
              </w:rPr>
              <w:t>วิเคราะห์กฎ</w:t>
            </w:r>
            <w:proofErr w:type="spellEnd"/>
            <w:r w:rsidRPr="00AC752E">
              <w:rPr>
                <w:rFonts w:eastAsia="TH Sarabun New" w:cs="TH Sarabun New"/>
                <w:b/>
                <w:sz w:val="24"/>
                <w:szCs w:val="24"/>
              </w:rPr>
              <w:t xml:space="preserve"> 1/r² (2</w:t>
            </w:r>
            <w:r w:rsidR="00AC752E">
              <w:rPr>
                <w:rFonts w:eastAsia="TH Sarabun New" w:cs="TH Sarabun New"/>
                <w:b/>
                <w:sz w:val="24"/>
                <w:szCs w:val="24"/>
              </w:rPr>
              <w:t xml:space="preserve"> </w:t>
            </w:r>
            <w:r w:rsidR="00AC752E" w:rsidRPr="00AC752E">
              <w:rPr>
                <w:rFonts w:eastAsia="TH Sarabun New" w:cs="TH Sarabun New" w:hint="cs"/>
                <w:bCs/>
                <w:sz w:val="24"/>
                <w:szCs w:val="24"/>
                <w:cs/>
                <w:lang w:bidi="th-TH"/>
              </w:rPr>
              <w:t>คะแนน</w:t>
            </w:r>
            <w:r w:rsidRPr="00AC752E">
              <w:rPr>
                <w:rFonts w:eastAsia="TH Sarabun New" w:cs="TH Sarabun New"/>
                <w:b/>
                <w:sz w:val="24"/>
                <w:szCs w:val="24"/>
              </w:rPr>
              <w:t>)</w:t>
            </w:r>
            <w:r w:rsidRPr="00AC752E">
              <w:rPr>
                <w:rFonts w:eastAsia="TH Sarabun New" w:cs="TH Sarabun New"/>
                <w:b/>
                <w:sz w:val="24"/>
                <w:szCs w:val="24"/>
              </w:rPr>
              <w:br/>
              <w:t xml:space="preserve">• </w:t>
            </w:r>
            <w:proofErr w:type="spellStart"/>
            <w:r w:rsidRPr="00AC752E">
              <w:rPr>
                <w:rFonts w:eastAsia="TH Sarabun New" w:cs="TH Sarabun New"/>
                <w:b/>
                <w:sz w:val="24"/>
                <w:szCs w:val="24"/>
              </w:rPr>
              <w:t>ตอนที่</w:t>
            </w:r>
            <w:proofErr w:type="spellEnd"/>
            <w:r w:rsidRPr="00AC752E">
              <w:rPr>
                <w:rFonts w:eastAsia="TH Sarabun New" w:cs="TH Sarabun New"/>
                <w:b/>
                <w:sz w:val="24"/>
                <w:szCs w:val="24"/>
              </w:rPr>
              <w:t xml:space="preserve"> 4 </w:t>
            </w:r>
            <w:proofErr w:type="spellStart"/>
            <w:r w:rsidRPr="00AC752E">
              <w:rPr>
                <w:rFonts w:eastAsia="TH Sarabun New" w:cs="TH Sarabun New"/>
                <w:b/>
                <w:sz w:val="24"/>
                <w:szCs w:val="24"/>
              </w:rPr>
              <w:t>ภารกิจ</w:t>
            </w:r>
            <w:proofErr w:type="spellEnd"/>
            <w:r w:rsidRPr="00AC752E">
              <w:rPr>
                <w:rFonts w:eastAsia="TH Sarabun New" w:cs="TH Sarabun New"/>
                <w:b/>
                <w:sz w:val="24"/>
                <w:szCs w:val="24"/>
              </w:rPr>
              <w:t xml:space="preserve"> CER (3</w:t>
            </w:r>
            <w:r w:rsidR="00AC752E">
              <w:rPr>
                <w:rFonts w:eastAsia="TH Sarabun New" w:cs="TH Sarabun New"/>
                <w:b/>
                <w:sz w:val="24"/>
                <w:szCs w:val="24"/>
              </w:rPr>
              <w:t xml:space="preserve"> </w:t>
            </w:r>
            <w:r w:rsidR="00AC752E" w:rsidRPr="00AC752E">
              <w:rPr>
                <w:rFonts w:eastAsia="TH Sarabun New" w:cs="TH Sarabun New" w:hint="cs"/>
                <w:bCs/>
                <w:sz w:val="24"/>
                <w:szCs w:val="24"/>
                <w:cs/>
                <w:lang w:bidi="th-TH"/>
              </w:rPr>
              <w:t>คะแนน</w:t>
            </w:r>
            <w:r w:rsidRPr="00AC752E">
              <w:rPr>
                <w:rFonts w:eastAsia="TH Sarabun New" w:cs="TH Sarabun New"/>
                <w:b/>
                <w:sz w:val="24"/>
                <w:szCs w:val="24"/>
              </w:rPr>
              <w:t xml:space="preserve">)            </w:t>
            </w:r>
            <w:r w:rsidR="00AC752E">
              <w:rPr>
                <w:rFonts w:eastAsia="TH Sarabun New" w:cs="TH Sarabun New"/>
                <w:b/>
                <w:sz w:val="24"/>
                <w:szCs w:val="24"/>
              </w:rPr>
              <w:t xml:space="preserve">  </w:t>
            </w:r>
            <w:r w:rsidRPr="00AC752E">
              <w:rPr>
                <w:rFonts w:eastAsia="TH Sarabun New" w:cs="TH Sarabun New"/>
                <w:b/>
                <w:sz w:val="24"/>
                <w:szCs w:val="24"/>
              </w:rPr>
              <w:t xml:space="preserve">• </w:t>
            </w:r>
            <w:proofErr w:type="spellStart"/>
            <w:r w:rsidRPr="00AC752E">
              <w:rPr>
                <w:rFonts w:eastAsia="TH Sarabun New" w:cs="TH Sarabun New"/>
                <w:b/>
                <w:sz w:val="24"/>
                <w:szCs w:val="24"/>
              </w:rPr>
              <w:t>ท้ายคาบ</w:t>
            </w:r>
            <w:proofErr w:type="spellEnd"/>
            <w:r w:rsidRPr="00AC752E">
              <w:rPr>
                <w:rFonts w:eastAsia="TH Sarabun New" w:cs="TH Sarabun New"/>
                <w:b/>
                <w:sz w:val="24"/>
                <w:szCs w:val="24"/>
              </w:rPr>
              <w:t xml:space="preserve"> Exit &amp; Reflection (2</w:t>
            </w:r>
            <w:r w:rsidR="00AC752E">
              <w:rPr>
                <w:rFonts w:eastAsia="TH Sarabun New" w:cs="TH Sarabun New"/>
                <w:b/>
                <w:sz w:val="24"/>
                <w:szCs w:val="24"/>
              </w:rPr>
              <w:t xml:space="preserve"> </w:t>
            </w:r>
            <w:r w:rsidR="00AC752E" w:rsidRPr="00AC752E">
              <w:rPr>
                <w:rFonts w:eastAsia="TH Sarabun New" w:cs="TH Sarabun New" w:hint="cs"/>
                <w:bCs/>
                <w:sz w:val="24"/>
                <w:szCs w:val="24"/>
                <w:cs/>
                <w:lang w:bidi="th-TH"/>
              </w:rPr>
              <w:t>คะแนน</w:t>
            </w:r>
            <w:r w:rsidRPr="00AC752E">
              <w:rPr>
                <w:rFonts w:eastAsia="TH Sarabun New" w:cs="TH Sarabun New"/>
                <w:b/>
                <w:sz w:val="24"/>
                <w:szCs w:val="24"/>
              </w:rPr>
              <w:t xml:space="preserve">)      </w:t>
            </w:r>
            <w:r w:rsidR="00AC752E">
              <w:rPr>
                <w:rFonts w:eastAsia="TH Sarabun New" w:cs="TH Sarabun New"/>
                <w:b/>
                <w:sz w:val="24"/>
                <w:szCs w:val="24"/>
              </w:rPr>
              <w:t xml:space="preserve"> </w:t>
            </w:r>
            <w:proofErr w:type="spellStart"/>
            <w:r w:rsidRPr="00AC752E">
              <w:rPr>
                <w:rFonts w:eastAsia="TH Sarabun New" w:cs="TH Sarabun New"/>
                <w:b/>
                <w:sz w:val="24"/>
                <w:szCs w:val="24"/>
              </w:rPr>
              <w:t>รวมคะแนนทั้งฉบับ</w:t>
            </w:r>
            <w:proofErr w:type="spellEnd"/>
            <w:r w:rsidRPr="00AC752E">
              <w:rPr>
                <w:rFonts w:eastAsia="TH Sarabun New" w:cs="TH Sarabun New"/>
                <w:b/>
                <w:sz w:val="24"/>
                <w:szCs w:val="24"/>
              </w:rPr>
              <w:t xml:space="preserve"> ....</w:t>
            </w:r>
            <w:r w:rsidR="00AC752E">
              <w:rPr>
                <w:rFonts w:eastAsia="TH Sarabun New" w:cs="TH Sarabun New"/>
                <w:b/>
                <w:sz w:val="24"/>
                <w:szCs w:val="24"/>
              </w:rPr>
              <w:t>...</w:t>
            </w:r>
            <w:r w:rsidRPr="00AC752E">
              <w:rPr>
                <w:rFonts w:eastAsia="TH Sarabun New" w:cs="TH Sarabun New"/>
                <w:b/>
                <w:sz w:val="24"/>
                <w:szCs w:val="24"/>
              </w:rPr>
              <w:t xml:space="preserve">....... / 10 </w:t>
            </w:r>
            <w:proofErr w:type="spellStart"/>
            <w:r w:rsidRPr="00AC752E">
              <w:rPr>
                <w:rFonts w:eastAsia="TH Sarabun New" w:cs="TH Sarabun New"/>
                <w:b/>
                <w:sz w:val="24"/>
                <w:szCs w:val="24"/>
              </w:rPr>
              <w:t>คะแนน</w:t>
            </w:r>
            <w:proofErr w:type="spellEnd"/>
            <w:r w:rsidRPr="00AC752E">
              <w:rPr>
                <w:rFonts w:eastAsia="TH Sarabun New" w:cs="TH Sarabun New"/>
                <w:b/>
                <w:sz w:val="24"/>
                <w:szCs w:val="24"/>
              </w:rPr>
              <w:br/>
            </w:r>
          </w:p>
          <w:p w14:paraId="15463E98" w14:textId="43854314" w:rsidR="00E15F5D" w:rsidRPr="00AC752E" w:rsidRDefault="00AC752E">
            <w:pPr>
              <w:spacing w:after="0"/>
              <w:rPr>
                <w:rFonts w:eastAsia="TH Sarabun New" w:cs="TH Sarabun New" w:hint="eastAsia"/>
                <w:b/>
                <w:sz w:val="24"/>
                <w:szCs w:val="24"/>
              </w:rPr>
            </w:pPr>
            <w:r>
              <w:rPr>
                <w:rFonts w:eastAsia="TH Sarabun New" w:cs="TH Sarabun New"/>
                <w:b/>
                <w:sz w:val="24"/>
                <w:szCs w:val="24"/>
              </w:rPr>
              <w:t xml:space="preserve">                                                                                                                   </w:t>
            </w:r>
            <w:proofErr w:type="spellStart"/>
            <w:r w:rsidR="00000000" w:rsidRPr="00AC752E">
              <w:rPr>
                <w:rFonts w:eastAsia="TH Sarabun New" w:cs="TH Sarabun New"/>
                <w:b/>
                <w:sz w:val="24"/>
                <w:szCs w:val="24"/>
              </w:rPr>
              <w:t>ลงชื่อผู้ตรวจ</w:t>
            </w:r>
            <w:proofErr w:type="spellEnd"/>
            <w:r w:rsidR="00000000" w:rsidRPr="00AC752E">
              <w:rPr>
                <w:rFonts w:eastAsia="TH Sarabun New" w:cs="TH Sarabun New"/>
                <w:b/>
                <w:sz w:val="24"/>
                <w:szCs w:val="24"/>
              </w:rPr>
              <w:t>: .............................................</w:t>
            </w:r>
          </w:p>
        </w:tc>
      </w:tr>
    </w:tbl>
    <w:p w14:paraId="0EC86AAF" w14:textId="77777777" w:rsidR="00D82C18" w:rsidRPr="00AC752E" w:rsidRDefault="00D82C18">
      <w:pPr>
        <w:rPr>
          <w:sz w:val="12"/>
          <w:szCs w:val="8"/>
        </w:rPr>
      </w:pPr>
    </w:p>
    <w:sectPr w:rsidR="00D82C18" w:rsidRPr="00AC752E" w:rsidSect="00034616">
      <w:footerReference w:type="default" r:id="rId9"/>
      <w:pgSz w:w="11906" w:h="16838"/>
      <w:pgMar w:top="567" w:right="850" w:bottom="567" w:left="907" w:header="227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BA172" w14:textId="77777777" w:rsidR="00D82C18" w:rsidRDefault="00D82C1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CD6784C" w14:textId="77777777" w:rsidR="00D82C18" w:rsidRDefault="00D82C1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730B7" w14:textId="77777777" w:rsidR="00E15F5D" w:rsidRPr="00AC752E" w:rsidRDefault="00000000">
    <w:pPr>
      <w:pStyle w:val="Footer"/>
      <w:jc w:val="right"/>
      <w:rPr>
        <w:rFonts w:hint="eastAsia"/>
        <w:color w:val="FFFFFF" w:themeColor="background1"/>
      </w:rPr>
    </w:pPr>
    <w:proofErr w:type="spellStart"/>
    <w:r w:rsidRPr="00AC752E">
      <w:rPr>
        <w:rFonts w:eastAsia="TH Sarabun New" w:cs="TH Sarabun New"/>
        <w:color w:val="FFFFFF" w:themeColor="background1"/>
        <w:sz w:val="19"/>
      </w:rPr>
      <w:t>ชุดกิจกรรมการเรียนรู้ฟิสิกส์</w:t>
    </w:r>
    <w:proofErr w:type="spellEnd"/>
    <w:r w:rsidRPr="00AC752E">
      <w:rPr>
        <w:rFonts w:eastAsia="TH Sarabun New" w:cs="TH Sarabun New"/>
        <w:color w:val="FFFFFF" w:themeColor="background1"/>
        <w:sz w:val="19"/>
      </w:rPr>
      <w:t xml:space="preserve"> 5E </w:t>
    </w:r>
    <w:proofErr w:type="spellStart"/>
    <w:r w:rsidRPr="00AC752E">
      <w:rPr>
        <w:rFonts w:eastAsia="TH Sarabun New" w:cs="TH Sarabun New"/>
        <w:color w:val="FFFFFF" w:themeColor="background1"/>
        <w:sz w:val="19"/>
      </w:rPr>
      <w:t>เรื่อง</w:t>
    </w:r>
    <w:proofErr w:type="spellEnd"/>
    <w:r w:rsidRPr="00AC752E">
      <w:rPr>
        <w:rFonts w:eastAsia="TH Sarabun New" w:cs="TH Sarabun New"/>
        <w:color w:val="FFFFFF" w:themeColor="background1"/>
        <w:sz w:val="19"/>
      </w:rPr>
      <w:t xml:space="preserve"> </w:t>
    </w:r>
    <w:proofErr w:type="spellStart"/>
    <w:r w:rsidRPr="00AC752E">
      <w:rPr>
        <w:rFonts w:eastAsia="TH Sarabun New" w:cs="TH Sarabun New"/>
        <w:color w:val="FFFFFF" w:themeColor="background1"/>
        <w:sz w:val="19"/>
      </w:rPr>
      <w:t>คลื่นเสียงและความเข้มเสียง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EB3E5" w14:textId="77777777" w:rsidR="00D82C18" w:rsidRDefault="00D82C1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74E8FF1" w14:textId="77777777" w:rsidR="00D82C18" w:rsidRDefault="00D82C1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5762077">
    <w:abstractNumId w:val="8"/>
  </w:num>
  <w:num w:numId="2" w16cid:durableId="1648783322">
    <w:abstractNumId w:val="6"/>
  </w:num>
  <w:num w:numId="3" w16cid:durableId="2029938943">
    <w:abstractNumId w:val="5"/>
  </w:num>
  <w:num w:numId="4" w16cid:durableId="814296127">
    <w:abstractNumId w:val="4"/>
  </w:num>
  <w:num w:numId="5" w16cid:durableId="41368920">
    <w:abstractNumId w:val="7"/>
  </w:num>
  <w:num w:numId="6" w16cid:durableId="1692762068">
    <w:abstractNumId w:val="3"/>
  </w:num>
  <w:num w:numId="7" w16cid:durableId="1382513922">
    <w:abstractNumId w:val="2"/>
  </w:num>
  <w:num w:numId="8" w16cid:durableId="105009000">
    <w:abstractNumId w:val="1"/>
  </w:num>
  <w:num w:numId="9" w16cid:durableId="1095518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53B8F"/>
    <w:rsid w:val="0029639D"/>
    <w:rsid w:val="002D4D0B"/>
    <w:rsid w:val="002E0683"/>
    <w:rsid w:val="00326F90"/>
    <w:rsid w:val="0039360A"/>
    <w:rsid w:val="006A179D"/>
    <w:rsid w:val="00AA1D8D"/>
    <w:rsid w:val="00AC752E"/>
    <w:rsid w:val="00B17FA2"/>
    <w:rsid w:val="00B47730"/>
    <w:rsid w:val="00C95FA3"/>
    <w:rsid w:val="00CB0664"/>
    <w:rsid w:val="00D82C18"/>
    <w:rsid w:val="00E15F5D"/>
    <w:rsid w:val="00E80F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BCA58C0"/>
  <w14:defaultImageDpi w14:val="300"/>
  <w15:docId w15:val="{9F3634EC-F2A0-4018-A682-E75459939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52" w:lineRule="auto"/>
    </w:pPr>
    <w:rPr>
      <w:rFonts w:ascii="TH Sarabun New" w:hAnsi="TH Sarabun New"/>
      <w:color w:val="0F172A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876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god neverdie</cp:lastModifiedBy>
  <cp:revision>6</cp:revision>
  <cp:lastPrinted>2026-09-06T17:55:00Z</cp:lastPrinted>
  <dcterms:created xsi:type="dcterms:W3CDTF">2013-12-23T23:15:00Z</dcterms:created>
  <dcterms:modified xsi:type="dcterms:W3CDTF">2026-09-06T17:59:00Z</dcterms:modified>
  <cp:category/>
</cp:coreProperties>
</file>